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7E010" w14:textId="77777777" w:rsidR="00814904" w:rsidRDefault="00000000" w:rsidP="00024D7A">
      <w:pPr>
        <w:pStyle w:val="NoSpacing"/>
        <w:jc w:val="center"/>
      </w:pPr>
      <w:r>
        <w:t>MAYFIELD/GRAVES COUNTY, KENTUCKY</w:t>
      </w:r>
    </w:p>
    <w:p w14:paraId="509344A0" w14:textId="3627B6E1" w:rsidR="00024D7A" w:rsidRPr="00024D7A" w:rsidRDefault="00024D7A" w:rsidP="00024D7A">
      <w:pPr>
        <w:pStyle w:val="NoSpacing"/>
        <w:jc w:val="center"/>
        <w:rPr>
          <w:sz w:val="28"/>
          <w:szCs w:val="28"/>
        </w:rPr>
      </w:pPr>
      <w:r w:rsidRPr="00024D7A">
        <w:rPr>
          <w:sz w:val="28"/>
          <w:szCs w:val="28"/>
        </w:rPr>
        <w:t>1102 Paris Road, Suite 2</w:t>
      </w:r>
    </w:p>
    <w:p w14:paraId="03FD3F81" w14:textId="69776632" w:rsidR="00024D7A" w:rsidRPr="00024D7A" w:rsidRDefault="00024D7A" w:rsidP="00024D7A">
      <w:pPr>
        <w:pStyle w:val="NoSpacing"/>
        <w:jc w:val="center"/>
        <w:rPr>
          <w:sz w:val="28"/>
          <w:szCs w:val="28"/>
        </w:rPr>
      </w:pPr>
      <w:r w:rsidRPr="00024D7A">
        <w:rPr>
          <w:sz w:val="28"/>
          <w:szCs w:val="28"/>
        </w:rPr>
        <w:t>Mayfield, Ky. 42066</w:t>
      </w:r>
    </w:p>
    <w:p w14:paraId="0745D241" w14:textId="65555E4F" w:rsidR="00024D7A" w:rsidRDefault="00024D7A" w:rsidP="00024D7A">
      <w:pPr>
        <w:pStyle w:val="NoSpacing"/>
        <w:jc w:val="center"/>
        <w:rPr>
          <w:sz w:val="28"/>
          <w:szCs w:val="28"/>
        </w:rPr>
      </w:pPr>
      <w:r w:rsidRPr="00024D7A">
        <w:rPr>
          <w:sz w:val="28"/>
          <w:szCs w:val="28"/>
        </w:rPr>
        <w:t>(270) 247-3626</w:t>
      </w:r>
    </w:p>
    <w:p w14:paraId="30B64C01" w14:textId="77777777" w:rsidR="00024D7A" w:rsidRPr="00024D7A" w:rsidRDefault="00024D7A" w:rsidP="00024D7A">
      <w:pPr>
        <w:pStyle w:val="NoSpacing"/>
        <w:jc w:val="center"/>
        <w:rPr>
          <w:sz w:val="28"/>
          <w:szCs w:val="28"/>
        </w:rPr>
      </w:pPr>
    </w:p>
    <w:p w14:paraId="1F8B6A88" w14:textId="77777777" w:rsidR="00814904" w:rsidRPr="00024D7A" w:rsidRDefault="00000000" w:rsidP="00024D7A">
      <w:pPr>
        <w:pStyle w:val="NoSpacing"/>
        <w:jc w:val="center"/>
        <w:rPr>
          <w:b/>
          <w:bCs/>
          <w:sz w:val="28"/>
          <w:szCs w:val="28"/>
        </w:rPr>
      </w:pPr>
      <w:r w:rsidRPr="00024D7A">
        <w:rPr>
          <w:b/>
          <w:bCs/>
          <w:sz w:val="28"/>
          <w:szCs w:val="28"/>
        </w:rPr>
        <w:t>PARKS &amp; RECREATION DIRECTOR</w:t>
      </w:r>
    </w:p>
    <w:p w14:paraId="42829708" w14:textId="77777777" w:rsidR="00814904" w:rsidRDefault="00000000" w:rsidP="00024D7A">
      <w:pPr>
        <w:pStyle w:val="NoSpacing"/>
        <w:jc w:val="center"/>
      </w:pPr>
      <w:r>
        <w:rPr>
          <w:b/>
          <w:sz w:val="28"/>
        </w:rPr>
        <w:t>EMPLOYMENT APPLICATION</w:t>
      </w:r>
    </w:p>
    <w:p w14:paraId="26E8ED84" w14:textId="77777777" w:rsidR="00814904" w:rsidRDefault="00000000">
      <w:pPr>
        <w:jc w:val="center"/>
      </w:pPr>
      <w:r>
        <w:rPr>
          <w:i/>
          <w:color w:val="666666"/>
          <w:sz w:val="18"/>
        </w:rPr>
        <w:t>Please type or print clearly. Complete all sections unless otherwise indicated.</w:t>
      </w:r>
    </w:p>
    <w:tbl>
      <w:tblPr>
        <w:tblW w:w="0" w:type="auto"/>
        <w:jc w:val="center"/>
        <w:tblLook w:val="04A0" w:firstRow="1" w:lastRow="0" w:firstColumn="1" w:lastColumn="0" w:noHBand="0" w:noVBand="1"/>
      </w:tblPr>
      <w:tblGrid>
        <w:gridCol w:w="10368"/>
      </w:tblGrid>
      <w:tr w:rsidR="00814904" w14:paraId="23795E6C" w14:textId="77777777">
        <w:trPr>
          <w:jc w:val="center"/>
        </w:trPr>
        <w:tc>
          <w:tcPr>
            <w:tcW w:w="10368" w:type="dxa"/>
            <w:tcBorders>
              <w:top w:val="single" w:sz="6" w:space="0" w:color="1F4E78"/>
              <w:left w:val="single" w:sz="6" w:space="0" w:color="1F4E78"/>
              <w:bottom w:val="single" w:sz="6" w:space="0" w:color="1F4E78"/>
              <w:right w:val="single" w:sz="6" w:space="0" w:color="1F4E78"/>
            </w:tcBorders>
            <w:shd w:val="clear" w:color="auto" w:fill="D9EAF7"/>
          </w:tcPr>
          <w:p w14:paraId="50ECB21A" w14:textId="77777777" w:rsidR="00814904" w:rsidRDefault="00000000">
            <w:pPr>
              <w:spacing w:after="30"/>
              <w:jc w:val="center"/>
            </w:pPr>
            <w:r>
              <w:rPr>
                <w:b/>
              </w:rPr>
              <w:t>EQUAL OPPORTUNITY EMPLOYER</w:t>
            </w:r>
            <w:r>
              <w:rPr>
                <w:sz w:val="17"/>
              </w:rPr>
              <w:br/>
              <w:t>Mayfield/Graves County provides equal employment opportunity in accordance with applicable law.</w:t>
            </w:r>
          </w:p>
        </w:tc>
      </w:tr>
    </w:tbl>
    <w:tbl>
      <w:tblPr>
        <w:tblW w:w="0" w:type="auto"/>
        <w:jc w:val="center"/>
        <w:tblLayout w:type="fixed"/>
        <w:tblLook w:val="04A0" w:firstRow="1" w:lastRow="0" w:firstColumn="1" w:lastColumn="0" w:noHBand="0" w:noVBand="1"/>
      </w:tblPr>
      <w:tblGrid>
        <w:gridCol w:w="10368"/>
      </w:tblGrid>
      <w:tr w:rsidR="00814904" w14:paraId="5778220B" w14:textId="77777777">
        <w:trPr>
          <w:jc w:val="center"/>
        </w:trPr>
        <w:tc>
          <w:tcPr>
            <w:tcW w:w="10368" w:type="dxa"/>
            <w:shd w:val="clear" w:color="auto" w:fill="1F4E78"/>
          </w:tcPr>
          <w:p w14:paraId="022819F3" w14:textId="77777777" w:rsidR="00814904" w:rsidRDefault="00000000">
            <w:pPr>
              <w:spacing w:after="30"/>
            </w:pPr>
            <w:r>
              <w:rPr>
                <w:b/>
                <w:color w:val="FFFFFF"/>
                <w:sz w:val="21"/>
              </w:rPr>
              <w:t>POSITION INFORMATION</w:t>
            </w:r>
          </w:p>
        </w:tc>
      </w:tr>
    </w:tbl>
    <w:p w14:paraId="36BEE4A1" w14:textId="77777777" w:rsidR="00814904" w:rsidRDefault="00814904">
      <w:pPr>
        <w:spacing w:after="0"/>
      </w:pPr>
    </w:p>
    <w:tbl>
      <w:tblPr>
        <w:tblW w:w="0" w:type="auto"/>
        <w:jc w:val="center"/>
        <w:tblLayout w:type="fixed"/>
        <w:tblLook w:val="04A0" w:firstRow="1" w:lastRow="0" w:firstColumn="1" w:lastColumn="0" w:noHBand="0" w:noVBand="1"/>
      </w:tblPr>
      <w:tblGrid>
        <w:gridCol w:w="5184"/>
        <w:gridCol w:w="5184"/>
      </w:tblGrid>
      <w:tr w:rsidR="00814904" w14:paraId="2ED6C66A"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5455BCCB" w14:textId="77777777" w:rsidR="00814904" w:rsidRDefault="00000000">
            <w:pPr>
              <w:spacing w:after="30"/>
            </w:pPr>
            <w:r>
              <w:rPr>
                <w:b/>
                <w:sz w:val="18"/>
              </w:rPr>
              <w:t>Position Applied For</w:t>
            </w:r>
          </w:p>
        </w:tc>
        <w:tc>
          <w:tcPr>
            <w:tcW w:w="5184" w:type="dxa"/>
            <w:tcBorders>
              <w:top w:val="single" w:sz="4" w:space="0" w:color="A6A6A6"/>
              <w:left w:val="single" w:sz="4" w:space="0" w:color="A6A6A6"/>
              <w:bottom w:val="single" w:sz="4" w:space="0" w:color="A6A6A6"/>
              <w:right w:val="single" w:sz="4" w:space="0" w:color="A6A6A6"/>
            </w:tcBorders>
            <w:vAlign w:val="center"/>
          </w:tcPr>
          <w:p w14:paraId="78389C72" w14:textId="77777777" w:rsidR="00814904" w:rsidRDefault="00000000">
            <w:pPr>
              <w:spacing w:after="30"/>
            </w:pPr>
            <w:r>
              <w:rPr>
                <w:color w:val="666666"/>
              </w:rPr>
              <w:t>Parks &amp; Recreation Director</w:t>
            </w:r>
          </w:p>
        </w:tc>
      </w:tr>
      <w:tr w:rsidR="00814904" w14:paraId="4636EA8E"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008693DF" w14:textId="77777777" w:rsidR="00814904" w:rsidRDefault="00000000">
            <w:pPr>
              <w:spacing w:after="30"/>
            </w:pPr>
            <w:r>
              <w:rPr>
                <w:b/>
                <w:sz w:val="18"/>
              </w:rPr>
              <w:t>Date of Application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45E390CD" w14:textId="11507A2C" w:rsidR="00814904" w:rsidRDefault="00814904">
            <w:pPr>
              <w:spacing w:after="30"/>
            </w:pPr>
          </w:p>
        </w:tc>
      </w:tr>
      <w:tr w:rsidR="00814904" w14:paraId="30DDE6BD"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3D125F9" w14:textId="77777777" w:rsidR="00814904" w:rsidRDefault="00000000">
            <w:pPr>
              <w:spacing w:after="30"/>
            </w:pPr>
            <w:r>
              <w:rPr>
                <w:b/>
                <w:sz w:val="18"/>
              </w:rPr>
              <w:t>Date Available to Begin</w:t>
            </w:r>
          </w:p>
        </w:tc>
        <w:tc>
          <w:tcPr>
            <w:tcW w:w="5184" w:type="dxa"/>
            <w:tcBorders>
              <w:top w:val="single" w:sz="4" w:space="0" w:color="A6A6A6"/>
              <w:left w:val="single" w:sz="4" w:space="0" w:color="A6A6A6"/>
              <w:bottom w:val="single" w:sz="4" w:space="0" w:color="A6A6A6"/>
              <w:right w:val="single" w:sz="4" w:space="0" w:color="A6A6A6"/>
            </w:tcBorders>
            <w:vAlign w:val="center"/>
          </w:tcPr>
          <w:p w14:paraId="49AA99DF" w14:textId="5904A918" w:rsidR="00814904" w:rsidRDefault="00814904">
            <w:pPr>
              <w:spacing w:after="30"/>
            </w:pPr>
          </w:p>
        </w:tc>
      </w:tr>
      <w:tr w:rsidR="00814904" w14:paraId="1AA8AFBD"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BE9BB9F" w14:textId="77777777" w:rsidR="00814904" w:rsidRDefault="00000000">
            <w:pPr>
              <w:spacing w:after="30"/>
            </w:pPr>
            <w:r>
              <w:rPr>
                <w:b/>
                <w:sz w:val="18"/>
              </w:rPr>
              <w:t>Salary Requirement (Optional)</w:t>
            </w:r>
          </w:p>
        </w:tc>
        <w:tc>
          <w:tcPr>
            <w:tcW w:w="5184" w:type="dxa"/>
            <w:tcBorders>
              <w:top w:val="single" w:sz="4" w:space="0" w:color="A6A6A6"/>
              <w:left w:val="single" w:sz="4" w:space="0" w:color="A6A6A6"/>
              <w:bottom w:val="single" w:sz="4" w:space="0" w:color="A6A6A6"/>
              <w:right w:val="single" w:sz="4" w:space="0" w:color="A6A6A6"/>
            </w:tcBorders>
            <w:vAlign w:val="center"/>
          </w:tcPr>
          <w:p w14:paraId="60CFB03B" w14:textId="5F147C6B" w:rsidR="00814904" w:rsidRDefault="00814904">
            <w:pPr>
              <w:spacing w:after="30"/>
            </w:pPr>
          </w:p>
        </w:tc>
      </w:tr>
      <w:tr w:rsidR="00814904" w14:paraId="179BAFBC" w14:textId="77777777">
        <w:trPr>
          <w:jc w:val="center"/>
        </w:trPr>
        <w:tc>
          <w:tcPr>
            <w:tcW w:w="10368" w:type="dxa"/>
            <w:gridSpan w:val="2"/>
            <w:shd w:val="clear" w:color="auto" w:fill="1F4E78"/>
          </w:tcPr>
          <w:p w14:paraId="546A9324" w14:textId="77777777" w:rsidR="00814904" w:rsidRDefault="00000000">
            <w:pPr>
              <w:spacing w:after="30"/>
            </w:pPr>
            <w:r>
              <w:rPr>
                <w:b/>
                <w:color w:val="FFFFFF"/>
                <w:sz w:val="21"/>
              </w:rPr>
              <w:t>1. APPLICANT INFORMATION</w:t>
            </w:r>
          </w:p>
        </w:tc>
      </w:tr>
    </w:tbl>
    <w:p w14:paraId="4AB1891A" w14:textId="77777777" w:rsidR="00814904" w:rsidRDefault="00814904">
      <w:pPr>
        <w:spacing w:after="0"/>
      </w:pPr>
    </w:p>
    <w:tbl>
      <w:tblPr>
        <w:tblW w:w="0" w:type="auto"/>
        <w:jc w:val="center"/>
        <w:tblLayout w:type="fixed"/>
        <w:tblLook w:val="04A0" w:firstRow="1" w:lastRow="0" w:firstColumn="1" w:lastColumn="0" w:noHBand="0" w:noVBand="1"/>
      </w:tblPr>
      <w:tblGrid>
        <w:gridCol w:w="5184"/>
        <w:gridCol w:w="5184"/>
      </w:tblGrid>
      <w:tr w:rsidR="00814904" w14:paraId="255685E5"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17E58111" w14:textId="77777777" w:rsidR="00814904" w:rsidRDefault="00000000">
            <w:pPr>
              <w:spacing w:after="30"/>
            </w:pPr>
            <w:r>
              <w:rPr>
                <w:b/>
                <w:sz w:val="18"/>
              </w:rPr>
              <w:t>Full Legal Name</w:t>
            </w:r>
          </w:p>
        </w:tc>
        <w:tc>
          <w:tcPr>
            <w:tcW w:w="5184" w:type="dxa"/>
            <w:tcBorders>
              <w:top w:val="single" w:sz="4" w:space="0" w:color="A6A6A6"/>
              <w:left w:val="single" w:sz="4" w:space="0" w:color="A6A6A6"/>
              <w:bottom w:val="single" w:sz="4" w:space="0" w:color="A6A6A6"/>
              <w:right w:val="single" w:sz="4" w:space="0" w:color="A6A6A6"/>
            </w:tcBorders>
            <w:vAlign w:val="center"/>
          </w:tcPr>
          <w:p w14:paraId="5A951BC0" w14:textId="381F0817" w:rsidR="00814904" w:rsidRDefault="00814904">
            <w:pPr>
              <w:spacing w:after="30"/>
            </w:pPr>
          </w:p>
        </w:tc>
      </w:tr>
      <w:tr w:rsidR="00814904" w14:paraId="536DCB9C"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035B6050" w14:textId="77777777" w:rsidR="00814904" w:rsidRDefault="00000000">
            <w:pPr>
              <w:spacing w:after="30"/>
            </w:pPr>
            <w:r>
              <w:rPr>
                <w:b/>
                <w:sz w:val="18"/>
              </w:rPr>
              <w:t>Preferred Name</w:t>
            </w:r>
          </w:p>
        </w:tc>
        <w:tc>
          <w:tcPr>
            <w:tcW w:w="5184" w:type="dxa"/>
            <w:tcBorders>
              <w:top w:val="single" w:sz="4" w:space="0" w:color="A6A6A6"/>
              <w:left w:val="single" w:sz="4" w:space="0" w:color="A6A6A6"/>
              <w:bottom w:val="single" w:sz="4" w:space="0" w:color="A6A6A6"/>
              <w:right w:val="single" w:sz="4" w:space="0" w:color="A6A6A6"/>
            </w:tcBorders>
            <w:vAlign w:val="center"/>
          </w:tcPr>
          <w:p w14:paraId="638A806D" w14:textId="424C614D" w:rsidR="00814904" w:rsidRDefault="00814904">
            <w:pPr>
              <w:spacing w:after="30"/>
            </w:pPr>
          </w:p>
        </w:tc>
      </w:tr>
      <w:tr w:rsidR="00814904" w14:paraId="59C6F507"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3628FCBC" w14:textId="77777777" w:rsidR="00814904" w:rsidRDefault="00000000">
            <w:pPr>
              <w:spacing w:after="30"/>
            </w:pPr>
            <w:r>
              <w:rPr>
                <w:b/>
                <w:sz w:val="18"/>
              </w:rPr>
              <w:t>Mailing Address</w:t>
            </w:r>
          </w:p>
        </w:tc>
        <w:tc>
          <w:tcPr>
            <w:tcW w:w="5184" w:type="dxa"/>
            <w:tcBorders>
              <w:top w:val="single" w:sz="4" w:space="0" w:color="A6A6A6"/>
              <w:left w:val="single" w:sz="4" w:space="0" w:color="A6A6A6"/>
              <w:bottom w:val="single" w:sz="4" w:space="0" w:color="A6A6A6"/>
              <w:right w:val="single" w:sz="4" w:space="0" w:color="A6A6A6"/>
            </w:tcBorders>
            <w:vAlign w:val="center"/>
          </w:tcPr>
          <w:p w14:paraId="5D7482B3" w14:textId="7C1CB196" w:rsidR="00814904" w:rsidRDefault="00814904">
            <w:pPr>
              <w:spacing w:after="30"/>
            </w:pPr>
          </w:p>
        </w:tc>
      </w:tr>
      <w:tr w:rsidR="00814904" w14:paraId="1BBE6443"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0B2EBE1" w14:textId="77777777" w:rsidR="00814904" w:rsidRDefault="00000000">
            <w:pPr>
              <w:spacing w:after="30"/>
            </w:pPr>
            <w:r>
              <w:rPr>
                <w:b/>
                <w:sz w:val="18"/>
              </w:rPr>
              <w:t>City / State / ZIP</w:t>
            </w:r>
          </w:p>
        </w:tc>
        <w:tc>
          <w:tcPr>
            <w:tcW w:w="5184" w:type="dxa"/>
            <w:tcBorders>
              <w:top w:val="single" w:sz="4" w:space="0" w:color="A6A6A6"/>
              <w:left w:val="single" w:sz="4" w:space="0" w:color="A6A6A6"/>
              <w:bottom w:val="single" w:sz="4" w:space="0" w:color="A6A6A6"/>
              <w:right w:val="single" w:sz="4" w:space="0" w:color="A6A6A6"/>
            </w:tcBorders>
            <w:vAlign w:val="center"/>
          </w:tcPr>
          <w:p w14:paraId="2B0FE484" w14:textId="2FC9DF36" w:rsidR="00814904" w:rsidRDefault="00814904">
            <w:pPr>
              <w:spacing w:after="30"/>
            </w:pPr>
          </w:p>
        </w:tc>
      </w:tr>
      <w:tr w:rsidR="00814904" w14:paraId="437BD131"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2191CAD" w14:textId="77777777" w:rsidR="00814904" w:rsidRDefault="00000000">
            <w:pPr>
              <w:spacing w:after="30"/>
            </w:pPr>
            <w:r>
              <w:rPr>
                <w:b/>
                <w:sz w:val="18"/>
              </w:rPr>
              <w:t>Primary Phone</w:t>
            </w:r>
          </w:p>
        </w:tc>
        <w:tc>
          <w:tcPr>
            <w:tcW w:w="5184" w:type="dxa"/>
            <w:tcBorders>
              <w:top w:val="single" w:sz="4" w:space="0" w:color="A6A6A6"/>
              <w:left w:val="single" w:sz="4" w:space="0" w:color="A6A6A6"/>
              <w:bottom w:val="single" w:sz="4" w:space="0" w:color="A6A6A6"/>
              <w:right w:val="single" w:sz="4" w:space="0" w:color="A6A6A6"/>
            </w:tcBorders>
            <w:vAlign w:val="center"/>
          </w:tcPr>
          <w:p w14:paraId="486E1DD8" w14:textId="69C6E4E7" w:rsidR="00814904" w:rsidRDefault="00814904">
            <w:pPr>
              <w:spacing w:after="30"/>
            </w:pPr>
          </w:p>
        </w:tc>
      </w:tr>
      <w:tr w:rsidR="00814904" w14:paraId="19ED2522"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001529F5" w14:textId="77777777" w:rsidR="00814904" w:rsidRDefault="00000000">
            <w:pPr>
              <w:spacing w:after="30"/>
            </w:pPr>
            <w:r>
              <w:rPr>
                <w:b/>
                <w:sz w:val="18"/>
              </w:rPr>
              <w:t>Alternate Phone</w:t>
            </w:r>
          </w:p>
        </w:tc>
        <w:tc>
          <w:tcPr>
            <w:tcW w:w="5184" w:type="dxa"/>
            <w:tcBorders>
              <w:top w:val="single" w:sz="4" w:space="0" w:color="A6A6A6"/>
              <w:left w:val="single" w:sz="4" w:space="0" w:color="A6A6A6"/>
              <w:bottom w:val="single" w:sz="4" w:space="0" w:color="A6A6A6"/>
              <w:right w:val="single" w:sz="4" w:space="0" w:color="A6A6A6"/>
            </w:tcBorders>
            <w:vAlign w:val="center"/>
          </w:tcPr>
          <w:p w14:paraId="46F757B9" w14:textId="29EA1267" w:rsidR="00814904" w:rsidRDefault="00814904">
            <w:pPr>
              <w:spacing w:after="30"/>
            </w:pPr>
          </w:p>
        </w:tc>
      </w:tr>
      <w:tr w:rsidR="00814904" w14:paraId="054281CF"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39B6510F" w14:textId="77777777" w:rsidR="00814904" w:rsidRDefault="00000000">
            <w:pPr>
              <w:spacing w:after="30"/>
            </w:pPr>
            <w:r>
              <w:rPr>
                <w:b/>
                <w:sz w:val="18"/>
              </w:rPr>
              <w:t>Email Address</w:t>
            </w:r>
          </w:p>
        </w:tc>
        <w:tc>
          <w:tcPr>
            <w:tcW w:w="5184" w:type="dxa"/>
            <w:tcBorders>
              <w:top w:val="single" w:sz="4" w:space="0" w:color="A6A6A6"/>
              <w:left w:val="single" w:sz="4" w:space="0" w:color="A6A6A6"/>
              <w:bottom w:val="single" w:sz="4" w:space="0" w:color="A6A6A6"/>
              <w:right w:val="single" w:sz="4" w:space="0" w:color="A6A6A6"/>
            </w:tcBorders>
            <w:vAlign w:val="center"/>
          </w:tcPr>
          <w:p w14:paraId="22507FC6" w14:textId="5D15BFCD" w:rsidR="00814904" w:rsidRDefault="00814904">
            <w:pPr>
              <w:spacing w:after="30"/>
            </w:pPr>
          </w:p>
        </w:tc>
      </w:tr>
    </w:tbl>
    <w:p w14:paraId="637AA27C" w14:textId="77777777" w:rsidR="00814904" w:rsidRDefault="00000000">
      <w:pPr>
        <w:spacing w:before="20" w:after="20"/>
      </w:pPr>
      <w:r>
        <w:t>Preferred Method of Contact:   ☐ Phone     ☐ Email</w:t>
      </w:r>
    </w:p>
    <w:p w14:paraId="72B86967" w14:textId="77777777" w:rsidR="00814904" w:rsidRDefault="00000000">
      <w:pPr>
        <w:spacing w:before="20" w:after="20"/>
      </w:pPr>
      <w:r>
        <w:t>Are you at least 18 years of age?   ☐ Yes     ☐ No</w:t>
      </w:r>
    </w:p>
    <w:p w14:paraId="27B08603" w14:textId="77777777" w:rsidR="00814904" w:rsidRDefault="00000000">
      <w:pPr>
        <w:spacing w:before="20" w:after="20"/>
      </w:pPr>
      <w:r>
        <w:t>Are you legally authorized to work in the United States?   ☐ Yes     ☐ No</w:t>
      </w:r>
    </w:p>
    <w:p w14:paraId="3A11E2A7" w14:textId="77777777" w:rsidR="00814904" w:rsidRDefault="00000000">
      <w:pPr>
        <w:spacing w:before="20" w:after="20"/>
      </w:pPr>
      <w:r>
        <w:t>Will you now or in the future require sponsorship for employment authorization?   ☐ Yes     ☐ No</w:t>
      </w:r>
    </w:p>
    <w:p w14:paraId="5B30F808" w14:textId="77777777" w:rsidR="00814904" w:rsidRDefault="00000000">
      <w:pPr>
        <w:spacing w:before="20" w:after="20"/>
      </w:pPr>
      <w:r>
        <w:t>Do you possess a valid driver's license?   ☐ Yes     ☐ No      State: __________________  Class: ______________</w:t>
      </w:r>
    </w:p>
    <w:p w14:paraId="00A8432C" w14:textId="77777777" w:rsidR="00814904" w:rsidRDefault="00000000">
      <w:pPr>
        <w:spacing w:before="20" w:after="20"/>
      </w:pPr>
      <w:r>
        <w:t>Can you perform the essential functions of this position, with or without reasonable accommodation?   ☐ Yes     ☐ No</w:t>
      </w:r>
    </w:p>
    <w:tbl>
      <w:tblPr>
        <w:tblW w:w="0" w:type="auto"/>
        <w:jc w:val="center"/>
        <w:tblLayout w:type="fixed"/>
        <w:tblLook w:val="04A0" w:firstRow="1" w:lastRow="0" w:firstColumn="1" w:lastColumn="0" w:noHBand="0" w:noVBand="1"/>
      </w:tblPr>
      <w:tblGrid>
        <w:gridCol w:w="10368"/>
      </w:tblGrid>
      <w:tr w:rsidR="00814904" w14:paraId="06275974" w14:textId="77777777">
        <w:trPr>
          <w:jc w:val="center"/>
        </w:trPr>
        <w:tc>
          <w:tcPr>
            <w:tcW w:w="10368" w:type="dxa"/>
            <w:shd w:val="clear" w:color="auto" w:fill="1F4E78"/>
          </w:tcPr>
          <w:p w14:paraId="5225908D" w14:textId="77777777" w:rsidR="00814904" w:rsidRDefault="00000000">
            <w:pPr>
              <w:spacing w:after="30"/>
            </w:pPr>
            <w:r>
              <w:rPr>
                <w:b/>
                <w:color w:val="FFFFFF"/>
                <w:sz w:val="21"/>
              </w:rPr>
              <w:t>2. EDUCATION &amp; TRAINING</w:t>
            </w:r>
          </w:p>
        </w:tc>
      </w:tr>
    </w:tbl>
    <w:p w14:paraId="2E9F691F" w14:textId="77777777" w:rsidR="00814904" w:rsidRDefault="00814904">
      <w:pPr>
        <w:spacing w:after="0"/>
      </w:pPr>
    </w:p>
    <w:tbl>
      <w:tblPr>
        <w:tblW w:w="0" w:type="auto"/>
        <w:jc w:val="center"/>
        <w:tblLayout w:type="fixed"/>
        <w:tblLook w:val="04A0" w:firstRow="1" w:lastRow="0" w:firstColumn="1" w:lastColumn="0" w:noHBand="0" w:noVBand="1"/>
      </w:tblPr>
      <w:tblGrid>
        <w:gridCol w:w="5184"/>
        <w:gridCol w:w="5184"/>
      </w:tblGrid>
      <w:tr w:rsidR="00814904" w14:paraId="50D97CA1"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349083A8" w14:textId="77777777" w:rsidR="00814904" w:rsidRDefault="00000000">
            <w:pPr>
              <w:spacing w:after="30"/>
            </w:pPr>
            <w:r>
              <w:rPr>
                <w:b/>
                <w:sz w:val="18"/>
              </w:rPr>
              <w:t>High School / GED</w:t>
            </w:r>
          </w:p>
        </w:tc>
        <w:tc>
          <w:tcPr>
            <w:tcW w:w="5184" w:type="dxa"/>
            <w:tcBorders>
              <w:top w:val="single" w:sz="4" w:space="0" w:color="A6A6A6"/>
              <w:left w:val="single" w:sz="4" w:space="0" w:color="A6A6A6"/>
              <w:bottom w:val="single" w:sz="4" w:space="0" w:color="A6A6A6"/>
              <w:right w:val="single" w:sz="4" w:space="0" w:color="A6A6A6"/>
            </w:tcBorders>
            <w:vAlign w:val="center"/>
          </w:tcPr>
          <w:p w14:paraId="2717A31E" w14:textId="77777777" w:rsidR="00814904" w:rsidRDefault="00000000">
            <w:pPr>
              <w:spacing w:after="30"/>
            </w:pPr>
            <w:r>
              <w:rPr>
                <w:color w:val="666666"/>
              </w:rPr>
              <w:t>School: ______________________________   City/State: ______________________________</w:t>
            </w:r>
          </w:p>
        </w:tc>
      </w:tr>
      <w:tr w:rsidR="00814904" w14:paraId="6E7BCE95"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28F184F" w14:textId="77777777" w:rsidR="00814904" w:rsidRDefault="00000000">
            <w:pPr>
              <w:spacing w:after="30"/>
            </w:pPr>
            <w:r>
              <w:rPr>
                <w:b/>
                <w:sz w:val="18"/>
              </w:rPr>
              <w:t>Completion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06A47727" w14:textId="77777777" w:rsidR="00814904" w:rsidRDefault="00000000">
            <w:pPr>
              <w:spacing w:after="30"/>
            </w:pPr>
            <w:r>
              <w:rPr>
                <w:color w:val="666666"/>
              </w:rPr>
              <w:t>☐ Diploma     ☐ GED     ☐ Other: ______________________________</w:t>
            </w:r>
          </w:p>
        </w:tc>
      </w:tr>
      <w:tr w:rsidR="00814904" w14:paraId="05613A52"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1EB12BE8" w14:textId="77777777" w:rsidR="00814904" w:rsidRDefault="00000000">
            <w:pPr>
              <w:spacing w:after="30"/>
            </w:pPr>
            <w:r>
              <w:rPr>
                <w:b/>
                <w:sz w:val="18"/>
              </w:rPr>
              <w:t>College / University</w:t>
            </w:r>
          </w:p>
        </w:tc>
        <w:tc>
          <w:tcPr>
            <w:tcW w:w="5184" w:type="dxa"/>
            <w:tcBorders>
              <w:top w:val="single" w:sz="4" w:space="0" w:color="A6A6A6"/>
              <w:left w:val="single" w:sz="4" w:space="0" w:color="A6A6A6"/>
              <w:bottom w:val="single" w:sz="4" w:space="0" w:color="A6A6A6"/>
              <w:right w:val="single" w:sz="4" w:space="0" w:color="A6A6A6"/>
            </w:tcBorders>
            <w:vAlign w:val="center"/>
          </w:tcPr>
          <w:p w14:paraId="0DEE2DD7" w14:textId="77777777" w:rsidR="00814904" w:rsidRDefault="00000000">
            <w:pPr>
              <w:spacing w:after="30"/>
            </w:pPr>
            <w:r>
              <w:rPr>
                <w:color w:val="666666"/>
              </w:rPr>
              <w:t>Institution: __________________________   City/State: __________________________</w:t>
            </w:r>
          </w:p>
        </w:tc>
      </w:tr>
      <w:tr w:rsidR="00814904" w14:paraId="2DA00EBC"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E070B84" w14:textId="77777777" w:rsidR="00814904" w:rsidRDefault="00000000">
            <w:pPr>
              <w:spacing w:after="30"/>
            </w:pPr>
            <w:r>
              <w:rPr>
                <w:b/>
                <w:sz w:val="18"/>
              </w:rPr>
              <w:t>Degree / Major</w:t>
            </w:r>
          </w:p>
        </w:tc>
        <w:tc>
          <w:tcPr>
            <w:tcW w:w="5184" w:type="dxa"/>
            <w:tcBorders>
              <w:top w:val="single" w:sz="4" w:space="0" w:color="A6A6A6"/>
              <w:left w:val="single" w:sz="4" w:space="0" w:color="A6A6A6"/>
              <w:bottom w:val="single" w:sz="4" w:space="0" w:color="A6A6A6"/>
              <w:right w:val="single" w:sz="4" w:space="0" w:color="A6A6A6"/>
            </w:tcBorders>
            <w:vAlign w:val="center"/>
          </w:tcPr>
          <w:p w14:paraId="6F51BBD7" w14:textId="77777777" w:rsidR="00814904" w:rsidRDefault="00000000">
            <w:pPr>
              <w:spacing w:after="30"/>
            </w:pPr>
            <w:r>
              <w:rPr>
                <w:color w:val="666666"/>
              </w:rPr>
              <w:t>Degree: ________________________________   Major: ______________________________</w:t>
            </w:r>
          </w:p>
        </w:tc>
      </w:tr>
      <w:tr w:rsidR="00814904" w14:paraId="27A05FAE"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061FDDD" w14:textId="77777777" w:rsidR="00814904" w:rsidRDefault="00000000">
            <w:pPr>
              <w:spacing w:after="30"/>
            </w:pPr>
            <w:r>
              <w:rPr>
                <w:b/>
                <w:sz w:val="18"/>
              </w:rPr>
              <w:t>Graduation Date</w:t>
            </w:r>
          </w:p>
        </w:tc>
        <w:tc>
          <w:tcPr>
            <w:tcW w:w="5184" w:type="dxa"/>
            <w:tcBorders>
              <w:top w:val="single" w:sz="4" w:space="0" w:color="A6A6A6"/>
              <w:left w:val="single" w:sz="4" w:space="0" w:color="A6A6A6"/>
              <w:bottom w:val="single" w:sz="4" w:space="0" w:color="A6A6A6"/>
              <w:right w:val="single" w:sz="4" w:space="0" w:color="A6A6A6"/>
            </w:tcBorders>
            <w:vAlign w:val="center"/>
          </w:tcPr>
          <w:p w14:paraId="7A54F0A2" w14:textId="0C7AA5E4" w:rsidR="00814904" w:rsidRDefault="00814904">
            <w:pPr>
              <w:spacing w:after="30"/>
            </w:pPr>
          </w:p>
        </w:tc>
      </w:tr>
      <w:tr w:rsidR="00814904" w14:paraId="2B212981"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E834E2F" w14:textId="77777777" w:rsidR="00814904" w:rsidRDefault="00000000">
            <w:pPr>
              <w:spacing w:after="30"/>
            </w:pPr>
            <w:r>
              <w:rPr>
                <w:b/>
                <w:sz w:val="18"/>
              </w:rPr>
              <w:t>Additional Education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1E5B2EDA" w14:textId="77777777" w:rsidR="00814904" w:rsidRDefault="00000000">
            <w:pPr>
              <w:spacing w:after="30"/>
            </w:pPr>
            <w:r>
              <w:rPr>
                <w:color w:val="666666"/>
              </w:rPr>
              <w:t>Institution / Degree / Program: ______________________________________________</w:t>
            </w:r>
          </w:p>
        </w:tc>
      </w:tr>
    </w:tbl>
    <w:p w14:paraId="3241F834" w14:textId="77777777" w:rsidR="00814904" w:rsidRDefault="00000000">
      <w:pPr>
        <w:spacing w:before="60" w:after="40"/>
      </w:pPr>
      <w:r>
        <w:rPr>
          <w:b/>
        </w:rPr>
        <w:t>Professional licenses, certifications, specialized training, or professional development relevant to this position:</w:t>
      </w:r>
    </w:p>
    <w:tbl>
      <w:tblPr>
        <w:tblW w:w="0" w:type="auto"/>
        <w:tblLook w:val="04A0" w:firstRow="1" w:lastRow="0" w:firstColumn="1" w:lastColumn="0" w:noHBand="0" w:noVBand="1"/>
      </w:tblPr>
      <w:tblGrid>
        <w:gridCol w:w="10368"/>
      </w:tblGrid>
      <w:tr w:rsidR="00814904" w14:paraId="349C1B54" w14:textId="77777777">
        <w:tc>
          <w:tcPr>
            <w:tcW w:w="10368" w:type="dxa"/>
            <w:tcBorders>
              <w:top w:val="single" w:sz="4" w:space="0" w:color="A6A6A6"/>
              <w:left w:val="single" w:sz="4" w:space="0" w:color="A6A6A6"/>
              <w:bottom w:val="single" w:sz="4" w:space="0" w:color="A6A6A6"/>
              <w:right w:val="single" w:sz="4" w:space="0" w:color="A6A6A6"/>
            </w:tcBorders>
          </w:tcPr>
          <w:p w14:paraId="27DBC187" w14:textId="77777777" w:rsidR="00814904" w:rsidRDefault="00000000">
            <w:pPr>
              <w:spacing w:after="30"/>
            </w:pPr>
            <w:r>
              <w:rPr>
                <w:color w:val="A6A6A6"/>
              </w:rPr>
              <w:lastRenderedPageBreak/>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63D143B3" w14:textId="4566E458" w:rsidR="00814904" w:rsidRDefault="00814904"/>
    <w:tbl>
      <w:tblPr>
        <w:tblW w:w="0" w:type="auto"/>
        <w:jc w:val="center"/>
        <w:tblLayout w:type="fixed"/>
        <w:tblLook w:val="04A0" w:firstRow="1" w:lastRow="0" w:firstColumn="1" w:lastColumn="0" w:noHBand="0" w:noVBand="1"/>
      </w:tblPr>
      <w:tblGrid>
        <w:gridCol w:w="10368"/>
      </w:tblGrid>
      <w:tr w:rsidR="00814904" w14:paraId="38BE77FB" w14:textId="77777777">
        <w:trPr>
          <w:jc w:val="center"/>
        </w:trPr>
        <w:tc>
          <w:tcPr>
            <w:tcW w:w="10368" w:type="dxa"/>
            <w:shd w:val="clear" w:color="auto" w:fill="1F4E78"/>
          </w:tcPr>
          <w:p w14:paraId="6E1F103A" w14:textId="77777777" w:rsidR="00814904" w:rsidRDefault="00000000">
            <w:pPr>
              <w:spacing w:after="30"/>
            </w:pPr>
            <w:r>
              <w:rPr>
                <w:b/>
                <w:color w:val="FFFFFF"/>
                <w:sz w:val="21"/>
              </w:rPr>
              <w:t>3. EMPLOYMENT HISTORY</w:t>
            </w:r>
          </w:p>
        </w:tc>
      </w:tr>
    </w:tbl>
    <w:p w14:paraId="7E0DBC36" w14:textId="77777777" w:rsidR="00814904" w:rsidRDefault="00814904">
      <w:pPr>
        <w:spacing w:after="0"/>
      </w:pPr>
    </w:p>
    <w:p w14:paraId="6FFA5043" w14:textId="77777777" w:rsidR="00814904" w:rsidRDefault="00000000">
      <w:r>
        <w:rPr>
          <w:i/>
          <w:sz w:val="17"/>
        </w:rPr>
        <w:t>List your employment history beginning with your most recent employer. Attach an additional sheet if necessary.</w:t>
      </w:r>
    </w:p>
    <w:p w14:paraId="70E602DD" w14:textId="77777777" w:rsidR="00814904" w:rsidRDefault="00000000">
      <w:r>
        <w:rPr>
          <w:b/>
          <w:color w:val="1F4E78"/>
          <w:sz w:val="20"/>
        </w:rPr>
        <w:t>Employer 1</w:t>
      </w:r>
    </w:p>
    <w:tbl>
      <w:tblPr>
        <w:tblW w:w="0" w:type="auto"/>
        <w:jc w:val="center"/>
        <w:tblLayout w:type="fixed"/>
        <w:tblLook w:val="04A0" w:firstRow="1" w:lastRow="0" w:firstColumn="1" w:lastColumn="0" w:noHBand="0" w:noVBand="1"/>
      </w:tblPr>
      <w:tblGrid>
        <w:gridCol w:w="5184"/>
        <w:gridCol w:w="5184"/>
      </w:tblGrid>
      <w:tr w:rsidR="00814904" w14:paraId="100FA201"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308C11C" w14:textId="77777777" w:rsidR="00814904" w:rsidRDefault="00000000">
            <w:pPr>
              <w:spacing w:after="30"/>
            </w:pPr>
            <w:r>
              <w:rPr>
                <w:b/>
                <w:sz w:val="18"/>
              </w:rPr>
              <w:t>Employer / Organization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41E52D82" w14:textId="23222EA6" w:rsidR="00814904" w:rsidRDefault="00814904">
            <w:pPr>
              <w:spacing w:after="30"/>
            </w:pPr>
          </w:p>
        </w:tc>
      </w:tr>
      <w:tr w:rsidR="00814904" w14:paraId="177D794A"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2C6C8AB" w14:textId="77777777" w:rsidR="00814904" w:rsidRDefault="00000000">
            <w:pPr>
              <w:spacing w:after="30"/>
            </w:pPr>
            <w:r>
              <w:rPr>
                <w:b/>
                <w:sz w:val="18"/>
              </w:rPr>
              <w:t>Address</w:t>
            </w:r>
          </w:p>
        </w:tc>
        <w:tc>
          <w:tcPr>
            <w:tcW w:w="5184" w:type="dxa"/>
            <w:tcBorders>
              <w:top w:val="single" w:sz="4" w:space="0" w:color="A6A6A6"/>
              <w:left w:val="single" w:sz="4" w:space="0" w:color="A6A6A6"/>
              <w:bottom w:val="single" w:sz="4" w:space="0" w:color="A6A6A6"/>
              <w:right w:val="single" w:sz="4" w:space="0" w:color="A6A6A6"/>
            </w:tcBorders>
            <w:vAlign w:val="center"/>
          </w:tcPr>
          <w:p w14:paraId="5F0D2CD3" w14:textId="4B8B96B4" w:rsidR="00814904" w:rsidRDefault="00814904">
            <w:pPr>
              <w:spacing w:after="30"/>
            </w:pPr>
          </w:p>
        </w:tc>
      </w:tr>
      <w:tr w:rsidR="00814904" w14:paraId="0D90FF0B"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3A2CF2B" w14:textId="77777777" w:rsidR="00814904" w:rsidRDefault="00000000">
            <w:pPr>
              <w:spacing w:after="30"/>
            </w:pPr>
            <w:r>
              <w:rPr>
                <w:b/>
                <w:sz w:val="18"/>
              </w:rPr>
              <w:t>Job Title</w:t>
            </w:r>
          </w:p>
        </w:tc>
        <w:tc>
          <w:tcPr>
            <w:tcW w:w="5184" w:type="dxa"/>
            <w:tcBorders>
              <w:top w:val="single" w:sz="4" w:space="0" w:color="A6A6A6"/>
              <w:left w:val="single" w:sz="4" w:space="0" w:color="A6A6A6"/>
              <w:bottom w:val="single" w:sz="4" w:space="0" w:color="A6A6A6"/>
              <w:right w:val="single" w:sz="4" w:space="0" w:color="A6A6A6"/>
            </w:tcBorders>
            <w:vAlign w:val="center"/>
          </w:tcPr>
          <w:p w14:paraId="57F282CE" w14:textId="2A3730ED" w:rsidR="00814904" w:rsidRDefault="00814904">
            <w:pPr>
              <w:spacing w:after="30"/>
            </w:pPr>
          </w:p>
        </w:tc>
      </w:tr>
      <w:tr w:rsidR="00814904" w14:paraId="185FD270"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0E94F32F" w14:textId="77777777" w:rsidR="00814904" w:rsidRDefault="00000000">
            <w:pPr>
              <w:spacing w:after="30"/>
            </w:pPr>
            <w:r>
              <w:rPr>
                <w:b/>
                <w:sz w:val="18"/>
              </w:rPr>
              <w:t>Supervisor / Phone</w:t>
            </w:r>
          </w:p>
        </w:tc>
        <w:tc>
          <w:tcPr>
            <w:tcW w:w="5184" w:type="dxa"/>
            <w:tcBorders>
              <w:top w:val="single" w:sz="4" w:space="0" w:color="A6A6A6"/>
              <w:left w:val="single" w:sz="4" w:space="0" w:color="A6A6A6"/>
              <w:bottom w:val="single" w:sz="4" w:space="0" w:color="A6A6A6"/>
              <w:right w:val="single" w:sz="4" w:space="0" w:color="A6A6A6"/>
            </w:tcBorders>
            <w:vAlign w:val="center"/>
          </w:tcPr>
          <w:p w14:paraId="03420FAB" w14:textId="702C56B0" w:rsidR="00814904" w:rsidRDefault="00814904">
            <w:pPr>
              <w:spacing w:after="30"/>
            </w:pPr>
          </w:p>
        </w:tc>
      </w:tr>
      <w:tr w:rsidR="00814904" w14:paraId="0BDA9CED"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F18D8D3" w14:textId="77777777" w:rsidR="00814904" w:rsidRDefault="00000000">
            <w:pPr>
              <w:spacing w:after="30"/>
            </w:pPr>
            <w:r>
              <w:rPr>
                <w:b/>
                <w:sz w:val="18"/>
              </w:rPr>
              <w:t>Dates Employed</w:t>
            </w:r>
          </w:p>
        </w:tc>
        <w:tc>
          <w:tcPr>
            <w:tcW w:w="5184" w:type="dxa"/>
            <w:tcBorders>
              <w:top w:val="single" w:sz="4" w:space="0" w:color="A6A6A6"/>
              <w:left w:val="single" w:sz="4" w:space="0" w:color="A6A6A6"/>
              <w:bottom w:val="single" w:sz="4" w:space="0" w:color="A6A6A6"/>
              <w:right w:val="single" w:sz="4" w:space="0" w:color="A6A6A6"/>
            </w:tcBorders>
            <w:vAlign w:val="center"/>
          </w:tcPr>
          <w:p w14:paraId="6742E1BA" w14:textId="77777777" w:rsidR="00814904" w:rsidRDefault="00000000">
            <w:pPr>
              <w:spacing w:after="30"/>
            </w:pPr>
            <w:r>
              <w:rPr>
                <w:color w:val="666666"/>
              </w:rPr>
              <w:t>From: ______________________________   To: ______________________________</w:t>
            </w:r>
          </w:p>
        </w:tc>
      </w:tr>
      <w:tr w:rsidR="00814904" w14:paraId="61B79BDF"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5CC2E957" w14:textId="77777777" w:rsidR="00814904" w:rsidRDefault="00000000">
            <w:pPr>
              <w:spacing w:after="30"/>
            </w:pPr>
            <w:r>
              <w:rPr>
                <w:b/>
                <w:sz w:val="18"/>
              </w:rPr>
              <w:t>Starting / Ending Salary</w:t>
            </w:r>
          </w:p>
        </w:tc>
        <w:tc>
          <w:tcPr>
            <w:tcW w:w="5184" w:type="dxa"/>
            <w:tcBorders>
              <w:top w:val="single" w:sz="4" w:space="0" w:color="A6A6A6"/>
              <w:left w:val="single" w:sz="4" w:space="0" w:color="A6A6A6"/>
              <w:bottom w:val="single" w:sz="4" w:space="0" w:color="A6A6A6"/>
              <w:right w:val="single" w:sz="4" w:space="0" w:color="A6A6A6"/>
            </w:tcBorders>
            <w:vAlign w:val="center"/>
          </w:tcPr>
          <w:p w14:paraId="3C7EA61E" w14:textId="77777777" w:rsidR="00814904" w:rsidRDefault="00000000">
            <w:pPr>
              <w:spacing w:after="30"/>
            </w:pPr>
            <w:r>
              <w:rPr>
                <w:color w:val="666666"/>
              </w:rPr>
              <w:t>Starting: __________________________   Ending: __________________________</w:t>
            </w:r>
          </w:p>
        </w:tc>
      </w:tr>
      <w:tr w:rsidR="00814904" w14:paraId="2494B7E4"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5BE3A515" w14:textId="77777777" w:rsidR="00814904" w:rsidRDefault="00000000">
            <w:pPr>
              <w:spacing w:after="30"/>
            </w:pPr>
            <w:r>
              <w:rPr>
                <w:b/>
                <w:sz w:val="18"/>
              </w:rPr>
              <w:t>Employees Supervised</w:t>
            </w:r>
          </w:p>
        </w:tc>
        <w:tc>
          <w:tcPr>
            <w:tcW w:w="5184" w:type="dxa"/>
            <w:tcBorders>
              <w:top w:val="single" w:sz="4" w:space="0" w:color="A6A6A6"/>
              <w:left w:val="single" w:sz="4" w:space="0" w:color="A6A6A6"/>
              <w:bottom w:val="single" w:sz="4" w:space="0" w:color="A6A6A6"/>
              <w:right w:val="single" w:sz="4" w:space="0" w:color="A6A6A6"/>
            </w:tcBorders>
            <w:vAlign w:val="center"/>
          </w:tcPr>
          <w:p w14:paraId="4741061F" w14:textId="69BACDBB" w:rsidR="00814904" w:rsidRDefault="00814904">
            <w:pPr>
              <w:spacing w:after="30"/>
            </w:pPr>
          </w:p>
        </w:tc>
      </w:tr>
      <w:tr w:rsidR="00814904" w14:paraId="73AC0A61"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85F7D7E" w14:textId="77777777" w:rsidR="00814904" w:rsidRDefault="00000000">
            <w:pPr>
              <w:spacing w:after="30"/>
            </w:pPr>
            <w:r>
              <w:rPr>
                <w:b/>
                <w:sz w:val="18"/>
              </w:rPr>
              <w:t>Reason for Leaving</w:t>
            </w:r>
          </w:p>
        </w:tc>
        <w:tc>
          <w:tcPr>
            <w:tcW w:w="5184" w:type="dxa"/>
            <w:tcBorders>
              <w:top w:val="single" w:sz="4" w:space="0" w:color="A6A6A6"/>
              <w:left w:val="single" w:sz="4" w:space="0" w:color="A6A6A6"/>
              <w:bottom w:val="single" w:sz="4" w:space="0" w:color="A6A6A6"/>
              <w:right w:val="single" w:sz="4" w:space="0" w:color="A6A6A6"/>
            </w:tcBorders>
            <w:vAlign w:val="center"/>
          </w:tcPr>
          <w:p w14:paraId="025E388C" w14:textId="79659FCE" w:rsidR="00814904" w:rsidRDefault="00814904">
            <w:pPr>
              <w:spacing w:after="30"/>
            </w:pPr>
          </w:p>
        </w:tc>
      </w:tr>
      <w:tr w:rsidR="00814904" w14:paraId="73ECCE65"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A171BEF" w14:textId="77777777" w:rsidR="00814904" w:rsidRDefault="00000000">
            <w:pPr>
              <w:spacing w:after="30"/>
            </w:pPr>
            <w:r>
              <w:rPr>
                <w:b/>
                <w:sz w:val="18"/>
              </w:rPr>
              <w:t>May We Contact?</w:t>
            </w:r>
          </w:p>
        </w:tc>
        <w:tc>
          <w:tcPr>
            <w:tcW w:w="5184" w:type="dxa"/>
            <w:tcBorders>
              <w:top w:val="single" w:sz="4" w:space="0" w:color="A6A6A6"/>
              <w:left w:val="single" w:sz="4" w:space="0" w:color="A6A6A6"/>
              <w:bottom w:val="single" w:sz="4" w:space="0" w:color="A6A6A6"/>
              <w:right w:val="single" w:sz="4" w:space="0" w:color="A6A6A6"/>
            </w:tcBorders>
            <w:vAlign w:val="center"/>
          </w:tcPr>
          <w:p w14:paraId="53977192" w14:textId="77777777" w:rsidR="00814904" w:rsidRDefault="00000000">
            <w:pPr>
              <w:spacing w:after="30"/>
            </w:pPr>
            <w:r>
              <w:rPr>
                <w:color w:val="666666"/>
              </w:rPr>
              <w:t>☐ Yes     ☐ No</w:t>
            </w:r>
          </w:p>
        </w:tc>
      </w:tr>
    </w:tbl>
    <w:p w14:paraId="5EB6E928" w14:textId="77777777" w:rsidR="00814904" w:rsidRDefault="00000000">
      <w:pPr>
        <w:spacing w:before="60" w:after="40"/>
      </w:pPr>
      <w:r>
        <w:rPr>
          <w:b/>
        </w:rPr>
        <w:t>Primary duties and responsibilities:</w:t>
      </w:r>
    </w:p>
    <w:tbl>
      <w:tblPr>
        <w:tblW w:w="0" w:type="auto"/>
        <w:tblLook w:val="04A0" w:firstRow="1" w:lastRow="0" w:firstColumn="1" w:lastColumn="0" w:noHBand="0" w:noVBand="1"/>
      </w:tblPr>
      <w:tblGrid>
        <w:gridCol w:w="10368"/>
      </w:tblGrid>
      <w:tr w:rsidR="00814904" w14:paraId="7F5A0C81" w14:textId="77777777">
        <w:tc>
          <w:tcPr>
            <w:tcW w:w="10368" w:type="dxa"/>
            <w:tcBorders>
              <w:top w:val="single" w:sz="4" w:space="0" w:color="A6A6A6"/>
              <w:left w:val="single" w:sz="4" w:space="0" w:color="A6A6A6"/>
              <w:bottom w:val="single" w:sz="4" w:space="0" w:color="A6A6A6"/>
              <w:right w:val="single" w:sz="4" w:space="0" w:color="A6A6A6"/>
            </w:tcBorders>
          </w:tcPr>
          <w:p w14:paraId="2A1B9619"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3C9E9F62" w14:textId="77777777" w:rsidR="00814904" w:rsidRDefault="00000000">
      <w:r>
        <w:rPr>
          <w:b/>
          <w:color w:val="1F4E78"/>
          <w:sz w:val="20"/>
        </w:rPr>
        <w:t>Employer 2</w:t>
      </w:r>
    </w:p>
    <w:tbl>
      <w:tblPr>
        <w:tblW w:w="0" w:type="auto"/>
        <w:jc w:val="center"/>
        <w:tblLayout w:type="fixed"/>
        <w:tblLook w:val="04A0" w:firstRow="1" w:lastRow="0" w:firstColumn="1" w:lastColumn="0" w:noHBand="0" w:noVBand="1"/>
      </w:tblPr>
      <w:tblGrid>
        <w:gridCol w:w="5184"/>
        <w:gridCol w:w="5184"/>
      </w:tblGrid>
      <w:tr w:rsidR="00814904" w14:paraId="208B72F9"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C554972" w14:textId="77777777" w:rsidR="00814904" w:rsidRDefault="00000000">
            <w:pPr>
              <w:spacing w:after="30"/>
            </w:pPr>
            <w:r>
              <w:rPr>
                <w:b/>
                <w:sz w:val="18"/>
              </w:rPr>
              <w:t>Employer / Organization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5EEF61E5" w14:textId="2B660319" w:rsidR="00814904" w:rsidRDefault="00814904">
            <w:pPr>
              <w:spacing w:after="30"/>
            </w:pPr>
          </w:p>
        </w:tc>
      </w:tr>
      <w:tr w:rsidR="00814904" w14:paraId="624A415C"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0C679B3" w14:textId="77777777" w:rsidR="00814904" w:rsidRDefault="00000000">
            <w:pPr>
              <w:spacing w:after="30"/>
            </w:pPr>
            <w:r>
              <w:rPr>
                <w:b/>
                <w:sz w:val="18"/>
              </w:rPr>
              <w:t>Address</w:t>
            </w:r>
          </w:p>
        </w:tc>
        <w:tc>
          <w:tcPr>
            <w:tcW w:w="5184" w:type="dxa"/>
            <w:tcBorders>
              <w:top w:val="single" w:sz="4" w:space="0" w:color="A6A6A6"/>
              <w:left w:val="single" w:sz="4" w:space="0" w:color="A6A6A6"/>
              <w:bottom w:val="single" w:sz="4" w:space="0" w:color="A6A6A6"/>
              <w:right w:val="single" w:sz="4" w:space="0" w:color="A6A6A6"/>
            </w:tcBorders>
            <w:vAlign w:val="center"/>
          </w:tcPr>
          <w:p w14:paraId="79378730" w14:textId="4281F738" w:rsidR="00814904" w:rsidRDefault="00814904">
            <w:pPr>
              <w:spacing w:after="30"/>
            </w:pPr>
          </w:p>
        </w:tc>
      </w:tr>
      <w:tr w:rsidR="00814904" w14:paraId="18811B5D"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55BA4940" w14:textId="77777777" w:rsidR="00814904" w:rsidRDefault="00000000">
            <w:pPr>
              <w:spacing w:after="30"/>
            </w:pPr>
            <w:r>
              <w:rPr>
                <w:b/>
                <w:sz w:val="18"/>
              </w:rPr>
              <w:t>Job Title</w:t>
            </w:r>
          </w:p>
        </w:tc>
        <w:tc>
          <w:tcPr>
            <w:tcW w:w="5184" w:type="dxa"/>
            <w:tcBorders>
              <w:top w:val="single" w:sz="4" w:space="0" w:color="A6A6A6"/>
              <w:left w:val="single" w:sz="4" w:space="0" w:color="A6A6A6"/>
              <w:bottom w:val="single" w:sz="4" w:space="0" w:color="A6A6A6"/>
              <w:right w:val="single" w:sz="4" w:space="0" w:color="A6A6A6"/>
            </w:tcBorders>
            <w:vAlign w:val="center"/>
          </w:tcPr>
          <w:p w14:paraId="66990C7E" w14:textId="3C210D87" w:rsidR="00814904" w:rsidRDefault="00814904">
            <w:pPr>
              <w:spacing w:after="30"/>
            </w:pPr>
          </w:p>
        </w:tc>
      </w:tr>
      <w:tr w:rsidR="00814904" w14:paraId="227403CF"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C036D3E" w14:textId="77777777" w:rsidR="00814904" w:rsidRDefault="00000000">
            <w:pPr>
              <w:spacing w:after="30"/>
            </w:pPr>
            <w:r>
              <w:rPr>
                <w:b/>
                <w:sz w:val="18"/>
              </w:rPr>
              <w:t>Supervisor / Phone</w:t>
            </w:r>
          </w:p>
        </w:tc>
        <w:tc>
          <w:tcPr>
            <w:tcW w:w="5184" w:type="dxa"/>
            <w:tcBorders>
              <w:top w:val="single" w:sz="4" w:space="0" w:color="A6A6A6"/>
              <w:left w:val="single" w:sz="4" w:space="0" w:color="A6A6A6"/>
              <w:bottom w:val="single" w:sz="4" w:space="0" w:color="A6A6A6"/>
              <w:right w:val="single" w:sz="4" w:space="0" w:color="A6A6A6"/>
            </w:tcBorders>
            <w:vAlign w:val="center"/>
          </w:tcPr>
          <w:p w14:paraId="1A82AEAE" w14:textId="7ACCE25A" w:rsidR="00814904" w:rsidRDefault="00814904">
            <w:pPr>
              <w:spacing w:after="30"/>
            </w:pPr>
          </w:p>
        </w:tc>
      </w:tr>
      <w:tr w:rsidR="00814904" w14:paraId="5E3C6E4D"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57C2D152" w14:textId="77777777" w:rsidR="00814904" w:rsidRDefault="00000000">
            <w:pPr>
              <w:spacing w:after="30"/>
            </w:pPr>
            <w:r>
              <w:rPr>
                <w:b/>
                <w:sz w:val="18"/>
              </w:rPr>
              <w:t>Dates Employed</w:t>
            </w:r>
          </w:p>
        </w:tc>
        <w:tc>
          <w:tcPr>
            <w:tcW w:w="5184" w:type="dxa"/>
            <w:tcBorders>
              <w:top w:val="single" w:sz="4" w:space="0" w:color="A6A6A6"/>
              <w:left w:val="single" w:sz="4" w:space="0" w:color="A6A6A6"/>
              <w:bottom w:val="single" w:sz="4" w:space="0" w:color="A6A6A6"/>
              <w:right w:val="single" w:sz="4" w:space="0" w:color="A6A6A6"/>
            </w:tcBorders>
            <w:vAlign w:val="center"/>
          </w:tcPr>
          <w:p w14:paraId="67E52EAC" w14:textId="77777777" w:rsidR="00814904" w:rsidRDefault="00000000">
            <w:pPr>
              <w:spacing w:after="30"/>
            </w:pPr>
            <w:r>
              <w:rPr>
                <w:color w:val="666666"/>
              </w:rPr>
              <w:t>From: ______________________________   To: ______________________________</w:t>
            </w:r>
          </w:p>
        </w:tc>
      </w:tr>
      <w:tr w:rsidR="00814904" w14:paraId="7A99041A"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F605670" w14:textId="77777777" w:rsidR="00814904" w:rsidRDefault="00000000">
            <w:pPr>
              <w:spacing w:after="30"/>
            </w:pPr>
            <w:r>
              <w:rPr>
                <w:b/>
                <w:sz w:val="18"/>
              </w:rPr>
              <w:t>Starting / Ending Salary</w:t>
            </w:r>
          </w:p>
        </w:tc>
        <w:tc>
          <w:tcPr>
            <w:tcW w:w="5184" w:type="dxa"/>
            <w:tcBorders>
              <w:top w:val="single" w:sz="4" w:space="0" w:color="A6A6A6"/>
              <w:left w:val="single" w:sz="4" w:space="0" w:color="A6A6A6"/>
              <w:bottom w:val="single" w:sz="4" w:space="0" w:color="A6A6A6"/>
              <w:right w:val="single" w:sz="4" w:space="0" w:color="A6A6A6"/>
            </w:tcBorders>
            <w:vAlign w:val="center"/>
          </w:tcPr>
          <w:p w14:paraId="3DE0F80E" w14:textId="77777777" w:rsidR="00814904" w:rsidRDefault="00000000">
            <w:pPr>
              <w:spacing w:after="30"/>
            </w:pPr>
            <w:r>
              <w:rPr>
                <w:color w:val="666666"/>
              </w:rPr>
              <w:t>Starting: __________________________   Ending: __________________________</w:t>
            </w:r>
          </w:p>
        </w:tc>
      </w:tr>
      <w:tr w:rsidR="00814904" w14:paraId="3CECF7A6"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5B3F6389" w14:textId="77777777" w:rsidR="00814904" w:rsidRDefault="00000000">
            <w:pPr>
              <w:spacing w:after="30"/>
            </w:pPr>
            <w:r>
              <w:rPr>
                <w:b/>
                <w:sz w:val="18"/>
              </w:rPr>
              <w:t>Employees Supervised</w:t>
            </w:r>
          </w:p>
        </w:tc>
        <w:tc>
          <w:tcPr>
            <w:tcW w:w="5184" w:type="dxa"/>
            <w:tcBorders>
              <w:top w:val="single" w:sz="4" w:space="0" w:color="A6A6A6"/>
              <w:left w:val="single" w:sz="4" w:space="0" w:color="A6A6A6"/>
              <w:bottom w:val="single" w:sz="4" w:space="0" w:color="A6A6A6"/>
              <w:right w:val="single" w:sz="4" w:space="0" w:color="A6A6A6"/>
            </w:tcBorders>
            <w:vAlign w:val="center"/>
          </w:tcPr>
          <w:p w14:paraId="29DA75FB" w14:textId="1626ADD7" w:rsidR="00814904" w:rsidRDefault="00814904">
            <w:pPr>
              <w:spacing w:after="30"/>
            </w:pPr>
          </w:p>
        </w:tc>
      </w:tr>
      <w:tr w:rsidR="00814904" w14:paraId="4D0732B4"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69E5707F" w14:textId="77777777" w:rsidR="00814904" w:rsidRDefault="00000000">
            <w:pPr>
              <w:spacing w:after="30"/>
            </w:pPr>
            <w:r>
              <w:rPr>
                <w:b/>
                <w:sz w:val="18"/>
              </w:rPr>
              <w:t>Reason for Leaving</w:t>
            </w:r>
          </w:p>
        </w:tc>
        <w:tc>
          <w:tcPr>
            <w:tcW w:w="5184" w:type="dxa"/>
            <w:tcBorders>
              <w:top w:val="single" w:sz="4" w:space="0" w:color="A6A6A6"/>
              <w:left w:val="single" w:sz="4" w:space="0" w:color="A6A6A6"/>
              <w:bottom w:val="single" w:sz="4" w:space="0" w:color="A6A6A6"/>
              <w:right w:val="single" w:sz="4" w:space="0" w:color="A6A6A6"/>
            </w:tcBorders>
            <w:vAlign w:val="center"/>
          </w:tcPr>
          <w:p w14:paraId="2219A622" w14:textId="564888C0" w:rsidR="00814904" w:rsidRDefault="00814904">
            <w:pPr>
              <w:spacing w:after="30"/>
            </w:pPr>
          </w:p>
        </w:tc>
      </w:tr>
      <w:tr w:rsidR="00814904" w14:paraId="6432600F"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83100C1" w14:textId="77777777" w:rsidR="00814904" w:rsidRDefault="00000000">
            <w:pPr>
              <w:spacing w:after="30"/>
            </w:pPr>
            <w:r>
              <w:rPr>
                <w:b/>
                <w:sz w:val="18"/>
              </w:rPr>
              <w:t>May We Contact?</w:t>
            </w:r>
          </w:p>
        </w:tc>
        <w:tc>
          <w:tcPr>
            <w:tcW w:w="5184" w:type="dxa"/>
            <w:tcBorders>
              <w:top w:val="single" w:sz="4" w:space="0" w:color="A6A6A6"/>
              <w:left w:val="single" w:sz="4" w:space="0" w:color="A6A6A6"/>
              <w:bottom w:val="single" w:sz="4" w:space="0" w:color="A6A6A6"/>
              <w:right w:val="single" w:sz="4" w:space="0" w:color="A6A6A6"/>
            </w:tcBorders>
            <w:vAlign w:val="center"/>
          </w:tcPr>
          <w:p w14:paraId="7AF6AC06" w14:textId="77777777" w:rsidR="00814904" w:rsidRDefault="00000000">
            <w:pPr>
              <w:spacing w:after="30"/>
            </w:pPr>
            <w:r>
              <w:rPr>
                <w:color w:val="666666"/>
              </w:rPr>
              <w:t>☐ Yes     ☐ No</w:t>
            </w:r>
          </w:p>
        </w:tc>
      </w:tr>
    </w:tbl>
    <w:p w14:paraId="7B9BFF47" w14:textId="77777777" w:rsidR="00814904" w:rsidRDefault="00000000">
      <w:pPr>
        <w:spacing w:before="60" w:after="40"/>
      </w:pPr>
      <w:r>
        <w:rPr>
          <w:b/>
        </w:rPr>
        <w:t>Primary duties and responsibilities:</w:t>
      </w:r>
    </w:p>
    <w:tbl>
      <w:tblPr>
        <w:tblW w:w="0" w:type="auto"/>
        <w:tblLook w:val="04A0" w:firstRow="1" w:lastRow="0" w:firstColumn="1" w:lastColumn="0" w:noHBand="0" w:noVBand="1"/>
      </w:tblPr>
      <w:tblGrid>
        <w:gridCol w:w="10368"/>
      </w:tblGrid>
      <w:tr w:rsidR="00814904" w14:paraId="708E0160" w14:textId="77777777">
        <w:tc>
          <w:tcPr>
            <w:tcW w:w="10368" w:type="dxa"/>
            <w:tcBorders>
              <w:top w:val="single" w:sz="4" w:space="0" w:color="A6A6A6"/>
              <w:left w:val="single" w:sz="4" w:space="0" w:color="A6A6A6"/>
              <w:bottom w:val="single" w:sz="4" w:space="0" w:color="A6A6A6"/>
              <w:right w:val="single" w:sz="4" w:space="0" w:color="A6A6A6"/>
            </w:tcBorders>
          </w:tcPr>
          <w:p w14:paraId="2A9D5336"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12D7BA03" w14:textId="77777777" w:rsidR="00814904" w:rsidRDefault="00000000">
      <w:r>
        <w:rPr>
          <w:b/>
          <w:color w:val="1F4E78"/>
          <w:sz w:val="20"/>
        </w:rPr>
        <w:t>Employer 3</w:t>
      </w:r>
    </w:p>
    <w:tbl>
      <w:tblPr>
        <w:tblW w:w="0" w:type="auto"/>
        <w:jc w:val="center"/>
        <w:tblLayout w:type="fixed"/>
        <w:tblLook w:val="04A0" w:firstRow="1" w:lastRow="0" w:firstColumn="1" w:lastColumn="0" w:noHBand="0" w:noVBand="1"/>
      </w:tblPr>
      <w:tblGrid>
        <w:gridCol w:w="5184"/>
        <w:gridCol w:w="5184"/>
      </w:tblGrid>
      <w:tr w:rsidR="00814904" w14:paraId="54570F7F"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907BB8F" w14:textId="77777777" w:rsidR="00814904" w:rsidRDefault="00000000">
            <w:pPr>
              <w:spacing w:after="30"/>
            </w:pPr>
            <w:r>
              <w:rPr>
                <w:b/>
                <w:sz w:val="18"/>
              </w:rPr>
              <w:t>Employer / Organization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38B35F2D" w14:textId="32F53430" w:rsidR="00814904" w:rsidRDefault="00814904">
            <w:pPr>
              <w:spacing w:after="30"/>
            </w:pPr>
          </w:p>
        </w:tc>
      </w:tr>
      <w:tr w:rsidR="00814904" w14:paraId="2F2D63E8"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AFA6649" w14:textId="77777777" w:rsidR="00814904" w:rsidRDefault="00000000">
            <w:pPr>
              <w:spacing w:after="30"/>
            </w:pPr>
            <w:r>
              <w:rPr>
                <w:b/>
                <w:sz w:val="18"/>
              </w:rPr>
              <w:t>Address</w:t>
            </w:r>
          </w:p>
        </w:tc>
        <w:tc>
          <w:tcPr>
            <w:tcW w:w="5184" w:type="dxa"/>
            <w:tcBorders>
              <w:top w:val="single" w:sz="4" w:space="0" w:color="A6A6A6"/>
              <w:left w:val="single" w:sz="4" w:space="0" w:color="A6A6A6"/>
              <w:bottom w:val="single" w:sz="4" w:space="0" w:color="A6A6A6"/>
              <w:right w:val="single" w:sz="4" w:space="0" w:color="A6A6A6"/>
            </w:tcBorders>
            <w:vAlign w:val="center"/>
          </w:tcPr>
          <w:p w14:paraId="6332CE9E" w14:textId="76CC2035" w:rsidR="00814904" w:rsidRDefault="00814904">
            <w:pPr>
              <w:spacing w:after="30"/>
            </w:pPr>
          </w:p>
        </w:tc>
      </w:tr>
      <w:tr w:rsidR="00814904" w14:paraId="0DB697FE"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B5E9352" w14:textId="77777777" w:rsidR="00814904" w:rsidRDefault="00000000">
            <w:pPr>
              <w:spacing w:after="30"/>
            </w:pPr>
            <w:r>
              <w:rPr>
                <w:b/>
                <w:sz w:val="18"/>
              </w:rPr>
              <w:t>Job Title</w:t>
            </w:r>
          </w:p>
        </w:tc>
        <w:tc>
          <w:tcPr>
            <w:tcW w:w="5184" w:type="dxa"/>
            <w:tcBorders>
              <w:top w:val="single" w:sz="4" w:space="0" w:color="A6A6A6"/>
              <w:left w:val="single" w:sz="4" w:space="0" w:color="A6A6A6"/>
              <w:bottom w:val="single" w:sz="4" w:space="0" w:color="A6A6A6"/>
              <w:right w:val="single" w:sz="4" w:space="0" w:color="A6A6A6"/>
            </w:tcBorders>
            <w:vAlign w:val="center"/>
          </w:tcPr>
          <w:p w14:paraId="76469B09" w14:textId="2489C4BC" w:rsidR="00814904" w:rsidRDefault="00814904">
            <w:pPr>
              <w:spacing w:after="30"/>
            </w:pPr>
          </w:p>
        </w:tc>
      </w:tr>
      <w:tr w:rsidR="00814904" w14:paraId="6EC98B3E"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30F19828" w14:textId="77777777" w:rsidR="00814904" w:rsidRDefault="00000000">
            <w:pPr>
              <w:spacing w:after="30"/>
            </w:pPr>
            <w:r>
              <w:rPr>
                <w:b/>
                <w:sz w:val="18"/>
              </w:rPr>
              <w:lastRenderedPageBreak/>
              <w:t>Supervisor / Phone</w:t>
            </w:r>
          </w:p>
        </w:tc>
        <w:tc>
          <w:tcPr>
            <w:tcW w:w="5184" w:type="dxa"/>
            <w:tcBorders>
              <w:top w:val="single" w:sz="4" w:space="0" w:color="A6A6A6"/>
              <w:left w:val="single" w:sz="4" w:space="0" w:color="A6A6A6"/>
              <w:bottom w:val="single" w:sz="4" w:space="0" w:color="A6A6A6"/>
              <w:right w:val="single" w:sz="4" w:space="0" w:color="A6A6A6"/>
            </w:tcBorders>
            <w:vAlign w:val="center"/>
          </w:tcPr>
          <w:p w14:paraId="3F6708CE" w14:textId="5A93B772" w:rsidR="00814904" w:rsidRDefault="00814904">
            <w:pPr>
              <w:spacing w:after="30"/>
            </w:pPr>
          </w:p>
        </w:tc>
      </w:tr>
      <w:tr w:rsidR="00814904" w14:paraId="60F9ECFC"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4EFC382" w14:textId="77777777" w:rsidR="00814904" w:rsidRDefault="00000000">
            <w:pPr>
              <w:spacing w:after="30"/>
            </w:pPr>
            <w:r>
              <w:rPr>
                <w:b/>
                <w:sz w:val="18"/>
              </w:rPr>
              <w:t>Dates Employed</w:t>
            </w:r>
          </w:p>
        </w:tc>
        <w:tc>
          <w:tcPr>
            <w:tcW w:w="5184" w:type="dxa"/>
            <w:tcBorders>
              <w:top w:val="single" w:sz="4" w:space="0" w:color="A6A6A6"/>
              <w:left w:val="single" w:sz="4" w:space="0" w:color="A6A6A6"/>
              <w:bottom w:val="single" w:sz="4" w:space="0" w:color="A6A6A6"/>
              <w:right w:val="single" w:sz="4" w:space="0" w:color="A6A6A6"/>
            </w:tcBorders>
            <w:vAlign w:val="center"/>
          </w:tcPr>
          <w:p w14:paraId="3D2C20FA" w14:textId="77777777" w:rsidR="00814904" w:rsidRDefault="00000000">
            <w:pPr>
              <w:spacing w:after="30"/>
            </w:pPr>
            <w:r>
              <w:rPr>
                <w:color w:val="666666"/>
              </w:rPr>
              <w:t>From: ______________________________   To: ______________________________</w:t>
            </w:r>
          </w:p>
        </w:tc>
      </w:tr>
      <w:tr w:rsidR="00814904" w14:paraId="24C29CF8"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6F057B67" w14:textId="77777777" w:rsidR="00814904" w:rsidRDefault="00000000">
            <w:pPr>
              <w:spacing w:after="30"/>
            </w:pPr>
            <w:r>
              <w:rPr>
                <w:b/>
                <w:sz w:val="18"/>
              </w:rPr>
              <w:t>Starting / Ending Salary</w:t>
            </w:r>
          </w:p>
        </w:tc>
        <w:tc>
          <w:tcPr>
            <w:tcW w:w="5184" w:type="dxa"/>
            <w:tcBorders>
              <w:top w:val="single" w:sz="4" w:space="0" w:color="A6A6A6"/>
              <w:left w:val="single" w:sz="4" w:space="0" w:color="A6A6A6"/>
              <w:bottom w:val="single" w:sz="4" w:space="0" w:color="A6A6A6"/>
              <w:right w:val="single" w:sz="4" w:space="0" w:color="A6A6A6"/>
            </w:tcBorders>
            <w:vAlign w:val="center"/>
          </w:tcPr>
          <w:p w14:paraId="405C01EC" w14:textId="77777777" w:rsidR="00814904" w:rsidRDefault="00000000">
            <w:pPr>
              <w:spacing w:after="30"/>
            </w:pPr>
            <w:r>
              <w:rPr>
                <w:color w:val="666666"/>
              </w:rPr>
              <w:t>Starting: __________________________   Ending: __________________________</w:t>
            </w:r>
          </w:p>
        </w:tc>
      </w:tr>
      <w:tr w:rsidR="00814904" w14:paraId="5C99112E"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590C8E97" w14:textId="77777777" w:rsidR="00814904" w:rsidRDefault="00000000">
            <w:pPr>
              <w:spacing w:after="30"/>
            </w:pPr>
            <w:r>
              <w:rPr>
                <w:b/>
                <w:sz w:val="18"/>
              </w:rPr>
              <w:t>Employees Supervised</w:t>
            </w:r>
          </w:p>
        </w:tc>
        <w:tc>
          <w:tcPr>
            <w:tcW w:w="5184" w:type="dxa"/>
            <w:tcBorders>
              <w:top w:val="single" w:sz="4" w:space="0" w:color="A6A6A6"/>
              <w:left w:val="single" w:sz="4" w:space="0" w:color="A6A6A6"/>
              <w:bottom w:val="single" w:sz="4" w:space="0" w:color="A6A6A6"/>
              <w:right w:val="single" w:sz="4" w:space="0" w:color="A6A6A6"/>
            </w:tcBorders>
            <w:vAlign w:val="center"/>
          </w:tcPr>
          <w:p w14:paraId="51C70F0C" w14:textId="6F4727C5" w:rsidR="00814904" w:rsidRDefault="00814904">
            <w:pPr>
              <w:spacing w:after="30"/>
            </w:pPr>
          </w:p>
        </w:tc>
      </w:tr>
      <w:tr w:rsidR="00814904" w14:paraId="08FE0C0E"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734F909" w14:textId="77777777" w:rsidR="00814904" w:rsidRDefault="00000000">
            <w:pPr>
              <w:spacing w:after="30"/>
            </w:pPr>
            <w:r>
              <w:rPr>
                <w:b/>
                <w:sz w:val="18"/>
              </w:rPr>
              <w:t>Reason for Leaving</w:t>
            </w:r>
          </w:p>
        </w:tc>
        <w:tc>
          <w:tcPr>
            <w:tcW w:w="5184" w:type="dxa"/>
            <w:tcBorders>
              <w:top w:val="single" w:sz="4" w:space="0" w:color="A6A6A6"/>
              <w:left w:val="single" w:sz="4" w:space="0" w:color="A6A6A6"/>
              <w:bottom w:val="single" w:sz="4" w:space="0" w:color="A6A6A6"/>
              <w:right w:val="single" w:sz="4" w:space="0" w:color="A6A6A6"/>
            </w:tcBorders>
            <w:vAlign w:val="center"/>
          </w:tcPr>
          <w:p w14:paraId="4642BA9E" w14:textId="0213F5B8" w:rsidR="00814904" w:rsidRDefault="00814904">
            <w:pPr>
              <w:spacing w:after="30"/>
            </w:pPr>
          </w:p>
        </w:tc>
      </w:tr>
      <w:tr w:rsidR="00814904" w14:paraId="6BAB3E1A"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15212199" w14:textId="77777777" w:rsidR="00814904" w:rsidRDefault="00000000">
            <w:pPr>
              <w:spacing w:after="30"/>
            </w:pPr>
            <w:r>
              <w:rPr>
                <w:b/>
                <w:sz w:val="18"/>
              </w:rPr>
              <w:t>May We Contact?</w:t>
            </w:r>
          </w:p>
        </w:tc>
        <w:tc>
          <w:tcPr>
            <w:tcW w:w="5184" w:type="dxa"/>
            <w:tcBorders>
              <w:top w:val="single" w:sz="4" w:space="0" w:color="A6A6A6"/>
              <w:left w:val="single" w:sz="4" w:space="0" w:color="A6A6A6"/>
              <w:bottom w:val="single" w:sz="4" w:space="0" w:color="A6A6A6"/>
              <w:right w:val="single" w:sz="4" w:space="0" w:color="A6A6A6"/>
            </w:tcBorders>
            <w:vAlign w:val="center"/>
          </w:tcPr>
          <w:p w14:paraId="33129A03" w14:textId="77777777" w:rsidR="00814904" w:rsidRDefault="00000000">
            <w:pPr>
              <w:spacing w:after="30"/>
            </w:pPr>
            <w:r>
              <w:rPr>
                <w:color w:val="666666"/>
              </w:rPr>
              <w:t>☐ Yes     ☐ No</w:t>
            </w:r>
          </w:p>
        </w:tc>
      </w:tr>
    </w:tbl>
    <w:p w14:paraId="237A638F" w14:textId="77777777" w:rsidR="00814904" w:rsidRDefault="00000000">
      <w:pPr>
        <w:spacing w:before="60" w:after="40"/>
      </w:pPr>
      <w:r>
        <w:rPr>
          <w:b/>
        </w:rPr>
        <w:t>Primary duties and responsibilities:</w:t>
      </w:r>
    </w:p>
    <w:tbl>
      <w:tblPr>
        <w:tblW w:w="0" w:type="auto"/>
        <w:tblLook w:val="04A0" w:firstRow="1" w:lastRow="0" w:firstColumn="1" w:lastColumn="0" w:noHBand="0" w:noVBand="1"/>
      </w:tblPr>
      <w:tblGrid>
        <w:gridCol w:w="10368"/>
      </w:tblGrid>
      <w:tr w:rsidR="00814904" w14:paraId="1B94D3E4" w14:textId="77777777">
        <w:tc>
          <w:tcPr>
            <w:tcW w:w="10368" w:type="dxa"/>
            <w:tcBorders>
              <w:top w:val="single" w:sz="4" w:space="0" w:color="A6A6A6"/>
              <w:left w:val="single" w:sz="4" w:space="0" w:color="A6A6A6"/>
              <w:bottom w:val="single" w:sz="4" w:space="0" w:color="A6A6A6"/>
              <w:right w:val="single" w:sz="4" w:space="0" w:color="A6A6A6"/>
            </w:tcBorders>
          </w:tcPr>
          <w:p w14:paraId="294A1F05"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379199D6" w14:textId="3C312BB7" w:rsidR="00814904" w:rsidRDefault="00814904"/>
    <w:tbl>
      <w:tblPr>
        <w:tblW w:w="0" w:type="auto"/>
        <w:jc w:val="center"/>
        <w:tblLayout w:type="fixed"/>
        <w:tblLook w:val="04A0" w:firstRow="1" w:lastRow="0" w:firstColumn="1" w:lastColumn="0" w:noHBand="0" w:noVBand="1"/>
      </w:tblPr>
      <w:tblGrid>
        <w:gridCol w:w="10368"/>
      </w:tblGrid>
      <w:tr w:rsidR="00814904" w14:paraId="69102328" w14:textId="77777777">
        <w:trPr>
          <w:jc w:val="center"/>
        </w:trPr>
        <w:tc>
          <w:tcPr>
            <w:tcW w:w="10368" w:type="dxa"/>
            <w:shd w:val="clear" w:color="auto" w:fill="1F4E78"/>
          </w:tcPr>
          <w:p w14:paraId="67C76F92" w14:textId="77777777" w:rsidR="00814904" w:rsidRDefault="00000000">
            <w:pPr>
              <w:spacing w:after="30"/>
            </w:pPr>
            <w:r>
              <w:rPr>
                <w:b/>
                <w:color w:val="FFFFFF"/>
                <w:sz w:val="21"/>
              </w:rPr>
              <w:t>4. MANAGEMENT &amp; LEADERSHIP EXPERIENCE</w:t>
            </w:r>
          </w:p>
        </w:tc>
      </w:tr>
    </w:tbl>
    <w:p w14:paraId="2B219DAF" w14:textId="77777777" w:rsidR="00814904" w:rsidRDefault="00814904">
      <w:pPr>
        <w:spacing w:after="0"/>
      </w:pPr>
    </w:p>
    <w:p w14:paraId="43AB087B" w14:textId="77777777" w:rsidR="00814904" w:rsidRDefault="00000000">
      <w:pPr>
        <w:spacing w:before="60" w:after="40"/>
      </w:pPr>
      <w:r>
        <w:rPr>
          <w:b/>
        </w:rPr>
        <w:t>Describe your experience supervising employees, including hiring, scheduling, training, evaluating performance, resolving personnel issues, and managing staff.</w:t>
      </w:r>
    </w:p>
    <w:tbl>
      <w:tblPr>
        <w:tblW w:w="0" w:type="auto"/>
        <w:tblLook w:val="04A0" w:firstRow="1" w:lastRow="0" w:firstColumn="1" w:lastColumn="0" w:noHBand="0" w:noVBand="1"/>
      </w:tblPr>
      <w:tblGrid>
        <w:gridCol w:w="10368"/>
      </w:tblGrid>
      <w:tr w:rsidR="00814904" w14:paraId="7B14172E" w14:textId="77777777">
        <w:tc>
          <w:tcPr>
            <w:tcW w:w="10368" w:type="dxa"/>
            <w:tcBorders>
              <w:top w:val="single" w:sz="4" w:space="0" w:color="A6A6A6"/>
              <w:left w:val="single" w:sz="4" w:space="0" w:color="A6A6A6"/>
              <w:bottom w:val="single" w:sz="4" w:space="0" w:color="A6A6A6"/>
              <w:right w:val="single" w:sz="4" w:space="0" w:color="A6A6A6"/>
            </w:tcBorders>
          </w:tcPr>
          <w:p w14:paraId="13714295"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4CCA43BC" w14:textId="77777777" w:rsidR="00814904" w:rsidRDefault="00000000">
      <w:pPr>
        <w:spacing w:before="60" w:after="40"/>
      </w:pPr>
      <w:r>
        <w:rPr>
          <w:b/>
        </w:rPr>
        <w:t>Describe your management or leadership philosophy.</w:t>
      </w:r>
    </w:p>
    <w:tbl>
      <w:tblPr>
        <w:tblW w:w="0" w:type="auto"/>
        <w:tblLook w:val="04A0" w:firstRow="1" w:lastRow="0" w:firstColumn="1" w:lastColumn="0" w:noHBand="0" w:noVBand="1"/>
      </w:tblPr>
      <w:tblGrid>
        <w:gridCol w:w="10368"/>
      </w:tblGrid>
      <w:tr w:rsidR="00814904" w14:paraId="2B7355C4" w14:textId="77777777">
        <w:tc>
          <w:tcPr>
            <w:tcW w:w="10368" w:type="dxa"/>
            <w:tcBorders>
              <w:top w:val="single" w:sz="4" w:space="0" w:color="A6A6A6"/>
              <w:left w:val="single" w:sz="4" w:space="0" w:color="A6A6A6"/>
              <w:bottom w:val="single" w:sz="4" w:space="0" w:color="A6A6A6"/>
              <w:right w:val="single" w:sz="4" w:space="0" w:color="A6A6A6"/>
            </w:tcBorders>
          </w:tcPr>
          <w:p w14:paraId="06955F3D"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tbl>
      <w:tblPr>
        <w:tblW w:w="0" w:type="auto"/>
        <w:jc w:val="center"/>
        <w:tblLayout w:type="fixed"/>
        <w:tblLook w:val="04A0" w:firstRow="1" w:lastRow="0" w:firstColumn="1" w:lastColumn="0" w:noHBand="0" w:noVBand="1"/>
      </w:tblPr>
      <w:tblGrid>
        <w:gridCol w:w="10368"/>
      </w:tblGrid>
      <w:tr w:rsidR="00814904" w14:paraId="6C0D2AF5" w14:textId="77777777">
        <w:trPr>
          <w:jc w:val="center"/>
        </w:trPr>
        <w:tc>
          <w:tcPr>
            <w:tcW w:w="10368" w:type="dxa"/>
            <w:shd w:val="clear" w:color="auto" w:fill="1F4E78"/>
          </w:tcPr>
          <w:p w14:paraId="02AE194C" w14:textId="77777777" w:rsidR="00814904" w:rsidRDefault="00000000">
            <w:pPr>
              <w:spacing w:after="30"/>
            </w:pPr>
            <w:r>
              <w:rPr>
                <w:b/>
                <w:color w:val="FFFFFF"/>
                <w:sz w:val="21"/>
              </w:rPr>
              <w:t>5. PARKS &amp; RECREATION EXPERIENCE</w:t>
            </w:r>
          </w:p>
        </w:tc>
      </w:tr>
    </w:tbl>
    <w:p w14:paraId="5035FB9B" w14:textId="77777777" w:rsidR="00814904" w:rsidRDefault="00814904">
      <w:pPr>
        <w:spacing w:after="0"/>
      </w:pPr>
    </w:p>
    <w:p w14:paraId="42024ACA" w14:textId="77777777" w:rsidR="00814904" w:rsidRDefault="00000000">
      <w:pPr>
        <w:spacing w:before="60" w:after="40"/>
      </w:pPr>
      <w:r>
        <w:rPr>
          <w:b/>
        </w:rPr>
        <w:t>Parks, grounds, and landscape maintenance experience:</w:t>
      </w:r>
    </w:p>
    <w:tbl>
      <w:tblPr>
        <w:tblW w:w="0" w:type="auto"/>
        <w:tblLook w:val="04A0" w:firstRow="1" w:lastRow="0" w:firstColumn="1" w:lastColumn="0" w:noHBand="0" w:noVBand="1"/>
      </w:tblPr>
      <w:tblGrid>
        <w:gridCol w:w="10368"/>
      </w:tblGrid>
      <w:tr w:rsidR="00814904" w14:paraId="1C96848F" w14:textId="77777777">
        <w:tc>
          <w:tcPr>
            <w:tcW w:w="10368" w:type="dxa"/>
            <w:tcBorders>
              <w:top w:val="single" w:sz="4" w:space="0" w:color="A6A6A6"/>
              <w:left w:val="single" w:sz="4" w:space="0" w:color="A6A6A6"/>
              <w:bottom w:val="single" w:sz="4" w:space="0" w:color="A6A6A6"/>
              <w:right w:val="single" w:sz="4" w:space="0" w:color="A6A6A6"/>
            </w:tcBorders>
          </w:tcPr>
          <w:p w14:paraId="6CFC0D48"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55683019" w14:textId="77777777" w:rsidR="00814904" w:rsidRDefault="00000000">
      <w:pPr>
        <w:spacing w:before="60" w:after="40"/>
      </w:pPr>
      <w:r>
        <w:rPr>
          <w:b/>
        </w:rPr>
        <w:t>Recreational programs, athletic leagues, tournaments, or special events:</w:t>
      </w:r>
    </w:p>
    <w:tbl>
      <w:tblPr>
        <w:tblW w:w="0" w:type="auto"/>
        <w:tblLook w:val="04A0" w:firstRow="1" w:lastRow="0" w:firstColumn="1" w:lastColumn="0" w:noHBand="0" w:noVBand="1"/>
      </w:tblPr>
      <w:tblGrid>
        <w:gridCol w:w="10368"/>
      </w:tblGrid>
      <w:tr w:rsidR="00814904" w14:paraId="339D1988" w14:textId="77777777">
        <w:tc>
          <w:tcPr>
            <w:tcW w:w="10368" w:type="dxa"/>
            <w:tcBorders>
              <w:top w:val="single" w:sz="4" w:space="0" w:color="A6A6A6"/>
              <w:left w:val="single" w:sz="4" w:space="0" w:color="A6A6A6"/>
              <w:bottom w:val="single" w:sz="4" w:space="0" w:color="A6A6A6"/>
              <w:right w:val="single" w:sz="4" w:space="0" w:color="A6A6A6"/>
            </w:tcBorders>
          </w:tcPr>
          <w:p w14:paraId="190A1A3B"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2CE956EA" w14:textId="77777777" w:rsidR="00814904" w:rsidRDefault="00000000">
      <w:pPr>
        <w:spacing w:before="60" w:after="40"/>
      </w:pPr>
      <w:r>
        <w:rPr>
          <w:b/>
        </w:rPr>
        <w:t>Facility management, scheduling, and reservations:</w:t>
      </w:r>
    </w:p>
    <w:tbl>
      <w:tblPr>
        <w:tblW w:w="0" w:type="auto"/>
        <w:tblLook w:val="04A0" w:firstRow="1" w:lastRow="0" w:firstColumn="1" w:lastColumn="0" w:noHBand="0" w:noVBand="1"/>
      </w:tblPr>
      <w:tblGrid>
        <w:gridCol w:w="10368"/>
      </w:tblGrid>
      <w:tr w:rsidR="00814904" w14:paraId="49BEE19C" w14:textId="77777777">
        <w:tc>
          <w:tcPr>
            <w:tcW w:w="10368" w:type="dxa"/>
            <w:tcBorders>
              <w:top w:val="single" w:sz="4" w:space="0" w:color="A6A6A6"/>
              <w:left w:val="single" w:sz="4" w:space="0" w:color="A6A6A6"/>
              <w:bottom w:val="single" w:sz="4" w:space="0" w:color="A6A6A6"/>
              <w:right w:val="single" w:sz="4" w:space="0" w:color="A6A6A6"/>
            </w:tcBorders>
          </w:tcPr>
          <w:p w14:paraId="0EB8270D"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3AE1E6E1" w14:textId="77777777" w:rsidR="00814904" w:rsidRDefault="00000000">
      <w:pPr>
        <w:spacing w:before="60" w:after="40"/>
      </w:pPr>
      <w:r>
        <w:rPr>
          <w:b/>
        </w:rPr>
        <w:t>Youth, family, senior, or community programming:</w:t>
      </w:r>
    </w:p>
    <w:tbl>
      <w:tblPr>
        <w:tblW w:w="0" w:type="auto"/>
        <w:tblLook w:val="04A0" w:firstRow="1" w:lastRow="0" w:firstColumn="1" w:lastColumn="0" w:noHBand="0" w:noVBand="1"/>
      </w:tblPr>
      <w:tblGrid>
        <w:gridCol w:w="10368"/>
      </w:tblGrid>
      <w:tr w:rsidR="00814904" w14:paraId="7DA8C600" w14:textId="77777777">
        <w:tc>
          <w:tcPr>
            <w:tcW w:w="10368" w:type="dxa"/>
            <w:tcBorders>
              <w:top w:val="single" w:sz="4" w:space="0" w:color="A6A6A6"/>
              <w:left w:val="single" w:sz="4" w:space="0" w:color="A6A6A6"/>
              <w:bottom w:val="single" w:sz="4" w:space="0" w:color="A6A6A6"/>
              <w:right w:val="single" w:sz="4" w:space="0" w:color="A6A6A6"/>
            </w:tcBorders>
          </w:tcPr>
          <w:p w14:paraId="07630AFA"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4EC0DC25" w14:textId="77777777" w:rsidR="00814904" w:rsidRDefault="00000000">
      <w:pPr>
        <w:spacing w:before="60" w:after="40"/>
      </w:pPr>
      <w:r>
        <w:rPr>
          <w:b/>
        </w:rPr>
        <w:t>Experience working with schools, athletic organizations, volunteers, civic groups, or community partners:</w:t>
      </w:r>
    </w:p>
    <w:tbl>
      <w:tblPr>
        <w:tblW w:w="0" w:type="auto"/>
        <w:tblLook w:val="04A0" w:firstRow="1" w:lastRow="0" w:firstColumn="1" w:lastColumn="0" w:noHBand="0" w:noVBand="1"/>
      </w:tblPr>
      <w:tblGrid>
        <w:gridCol w:w="10368"/>
      </w:tblGrid>
      <w:tr w:rsidR="00814904" w14:paraId="07B407CC" w14:textId="77777777">
        <w:tc>
          <w:tcPr>
            <w:tcW w:w="10368" w:type="dxa"/>
            <w:tcBorders>
              <w:top w:val="single" w:sz="4" w:space="0" w:color="A6A6A6"/>
              <w:left w:val="single" w:sz="4" w:space="0" w:color="A6A6A6"/>
              <w:bottom w:val="single" w:sz="4" w:space="0" w:color="A6A6A6"/>
              <w:right w:val="single" w:sz="4" w:space="0" w:color="A6A6A6"/>
            </w:tcBorders>
          </w:tcPr>
          <w:p w14:paraId="57CA51E1" w14:textId="77777777" w:rsidR="00814904" w:rsidRDefault="00000000">
            <w:pPr>
              <w:spacing w:after="30"/>
            </w:pPr>
            <w:r>
              <w:rPr>
                <w:color w:val="A6A6A6"/>
              </w:rPr>
              <w:lastRenderedPageBreak/>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209BD588" w14:textId="1752EE25" w:rsidR="00814904" w:rsidRDefault="00814904"/>
    <w:tbl>
      <w:tblPr>
        <w:tblW w:w="0" w:type="auto"/>
        <w:jc w:val="center"/>
        <w:tblLayout w:type="fixed"/>
        <w:tblLook w:val="04A0" w:firstRow="1" w:lastRow="0" w:firstColumn="1" w:lastColumn="0" w:noHBand="0" w:noVBand="1"/>
      </w:tblPr>
      <w:tblGrid>
        <w:gridCol w:w="10368"/>
      </w:tblGrid>
      <w:tr w:rsidR="00814904" w14:paraId="753B5D6E" w14:textId="77777777">
        <w:trPr>
          <w:jc w:val="center"/>
        </w:trPr>
        <w:tc>
          <w:tcPr>
            <w:tcW w:w="10368" w:type="dxa"/>
            <w:shd w:val="clear" w:color="auto" w:fill="1F4E78"/>
          </w:tcPr>
          <w:p w14:paraId="155B93A2" w14:textId="77777777" w:rsidR="00814904" w:rsidRDefault="00000000">
            <w:pPr>
              <w:spacing w:after="30"/>
            </w:pPr>
            <w:r>
              <w:rPr>
                <w:b/>
                <w:color w:val="FFFFFF"/>
                <w:sz w:val="21"/>
              </w:rPr>
              <w:t>6. BUDGET &amp; FINANCIAL MANAGEMENT</w:t>
            </w:r>
          </w:p>
        </w:tc>
      </w:tr>
    </w:tbl>
    <w:p w14:paraId="017C2BEB" w14:textId="77777777" w:rsidR="00814904" w:rsidRDefault="00814904">
      <w:pPr>
        <w:spacing w:after="0"/>
      </w:pPr>
    </w:p>
    <w:p w14:paraId="13AD79AA" w14:textId="77777777" w:rsidR="00814904" w:rsidRDefault="00000000">
      <w:pPr>
        <w:spacing w:before="60" w:after="40"/>
      </w:pPr>
      <w:r>
        <w:rPr>
          <w:b/>
        </w:rPr>
        <w:t>Describe your experience preparing or administering budgets, purchasing, procurement, accounts payable, revenue collection, grants, or other financial responsibilities.</w:t>
      </w:r>
    </w:p>
    <w:tbl>
      <w:tblPr>
        <w:tblW w:w="0" w:type="auto"/>
        <w:tblLook w:val="04A0" w:firstRow="1" w:lastRow="0" w:firstColumn="1" w:lastColumn="0" w:noHBand="0" w:noVBand="1"/>
      </w:tblPr>
      <w:tblGrid>
        <w:gridCol w:w="10368"/>
      </w:tblGrid>
      <w:tr w:rsidR="00814904" w14:paraId="7258B05E" w14:textId="77777777">
        <w:tc>
          <w:tcPr>
            <w:tcW w:w="10368" w:type="dxa"/>
            <w:tcBorders>
              <w:top w:val="single" w:sz="4" w:space="0" w:color="A6A6A6"/>
              <w:left w:val="single" w:sz="4" w:space="0" w:color="A6A6A6"/>
              <w:bottom w:val="single" w:sz="4" w:space="0" w:color="A6A6A6"/>
              <w:right w:val="single" w:sz="4" w:space="0" w:color="A6A6A6"/>
            </w:tcBorders>
          </w:tcPr>
          <w:p w14:paraId="01213772"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4F730531" w14:textId="77777777" w:rsidR="00814904" w:rsidRDefault="00000000">
      <w:pPr>
        <w:spacing w:before="20" w:after="20"/>
      </w:pPr>
      <w:r>
        <w:t>Have you managed a departmental or organizational budget?   ☐ Yes     ☐ No</w:t>
      </w:r>
    </w:p>
    <w:p w14:paraId="0A9AF9F4" w14:textId="77777777" w:rsidR="00814904" w:rsidRDefault="00000000">
      <w:pPr>
        <w:spacing w:before="60" w:after="40"/>
      </w:pPr>
      <w:r>
        <w:rPr>
          <w:b/>
        </w:rPr>
        <w:t>If yes, describe the approximate size and scope of the budget:</w:t>
      </w:r>
    </w:p>
    <w:tbl>
      <w:tblPr>
        <w:tblW w:w="0" w:type="auto"/>
        <w:tblLook w:val="04A0" w:firstRow="1" w:lastRow="0" w:firstColumn="1" w:lastColumn="0" w:noHBand="0" w:noVBand="1"/>
      </w:tblPr>
      <w:tblGrid>
        <w:gridCol w:w="10368"/>
      </w:tblGrid>
      <w:tr w:rsidR="00814904" w14:paraId="4EF0B852" w14:textId="77777777">
        <w:tc>
          <w:tcPr>
            <w:tcW w:w="10368" w:type="dxa"/>
            <w:tcBorders>
              <w:top w:val="single" w:sz="4" w:space="0" w:color="A6A6A6"/>
              <w:left w:val="single" w:sz="4" w:space="0" w:color="A6A6A6"/>
              <w:bottom w:val="single" w:sz="4" w:space="0" w:color="A6A6A6"/>
              <w:right w:val="single" w:sz="4" w:space="0" w:color="A6A6A6"/>
            </w:tcBorders>
          </w:tcPr>
          <w:p w14:paraId="7673AE40"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03DC115C" w14:textId="77777777" w:rsidR="00814904" w:rsidRDefault="00000000">
      <w:pPr>
        <w:spacing w:before="60" w:after="40"/>
      </w:pPr>
      <w:r>
        <w:rPr>
          <w:b/>
        </w:rPr>
        <w:t>Describe your experience applying for, administering, or reporting on grants:</w:t>
      </w:r>
    </w:p>
    <w:tbl>
      <w:tblPr>
        <w:tblW w:w="0" w:type="auto"/>
        <w:tblLook w:val="04A0" w:firstRow="1" w:lastRow="0" w:firstColumn="1" w:lastColumn="0" w:noHBand="0" w:noVBand="1"/>
      </w:tblPr>
      <w:tblGrid>
        <w:gridCol w:w="10368"/>
      </w:tblGrid>
      <w:tr w:rsidR="00814904" w14:paraId="1435EF94" w14:textId="77777777">
        <w:tc>
          <w:tcPr>
            <w:tcW w:w="10368" w:type="dxa"/>
            <w:tcBorders>
              <w:top w:val="single" w:sz="4" w:space="0" w:color="A6A6A6"/>
              <w:left w:val="single" w:sz="4" w:space="0" w:color="A6A6A6"/>
              <w:bottom w:val="single" w:sz="4" w:space="0" w:color="A6A6A6"/>
              <w:right w:val="single" w:sz="4" w:space="0" w:color="A6A6A6"/>
            </w:tcBorders>
          </w:tcPr>
          <w:p w14:paraId="2C92BBA8"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tbl>
      <w:tblPr>
        <w:tblW w:w="0" w:type="auto"/>
        <w:jc w:val="center"/>
        <w:tblLayout w:type="fixed"/>
        <w:tblLook w:val="04A0" w:firstRow="1" w:lastRow="0" w:firstColumn="1" w:lastColumn="0" w:noHBand="0" w:noVBand="1"/>
      </w:tblPr>
      <w:tblGrid>
        <w:gridCol w:w="10368"/>
      </w:tblGrid>
      <w:tr w:rsidR="00814904" w14:paraId="27FE7D26" w14:textId="77777777">
        <w:trPr>
          <w:jc w:val="center"/>
        </w:trPr>
        <w:tc>
          <w:tcPr>
            <w:tcW w:w="10368" w:type="dxa"/>
            <w:shd w:val="clear" w:color="auto" w:fill="1F4E78"/>
          </w:tcPr>
          <w:p w14:paraId="7434C88B" w14:textId="77777777" w:rsidR="00814904" w:rsidRDefault="00000000">
            <w:pPr>
              <w:spacing w:after="30"/>
            </w:pPr>
            <w:r>
              <w:rPr>
                <w:b/>
                <w:color w:val="FFFFFF"/>
                <w:sz w:val="21"/>
              </w:rPr>
              <w:t>7. FACILITIES, MAINTENANCE &amp; SAFETY</w:t>
            </w:r>
          </w:p>
        </w:tc>
      </w:tr>
    </w:tbl>
    <w:p w14:paraId="6913EFFF" w14:textId="77777777" w:rsidR="00814904" w:rsidRDefault="00814904">
      <w:pPr>
        <w:spacing w:after="0"/>
      </w:pPr>
    </w:p>
    <w:p w14:paraId="3CEAF7A2" w14:textId="77777777" w:rsidR="00814904" w:rsidRDefault="00000000">
      <w:pPr>
        <w:spacing w:before="60" w:after="40"/>
      </w:pPr>
      <w:r>
        <w:rPr>
          <w:b/>
        </w:rPr>
        <w:t>Describe your experience overseeing buildings, parks, athletic fields, playgrounds, equipment, vehicles, pools, recreational facilities, or other public property.</w:t>
      </w:r>
    </w:p>
    <w:tbl>
      <w:tblPr>
        <w:tblW w:w="0" w:type="auto"/>
        <w:tblLook w:val="04A0" w:firstRow="1" w:lastRow="0" w:firstColumn="1" w:lastColumn="0" w:noHBand="0" w:noVBand="1"/>
      </w:tblPr>
      <w:tblGrid>
        <w:gridCol w:w="10368"/>
      </w:tblGrid>
      <w:tr w:rsidR="00814904" w14:paraId="0E357E41" w14:textId="77777777">
        <w:tc>
          <w:tcPr>
            <w:tcW w:w="10368" w:type="dxa"/>
            <w:tcBorders>
              <w:top w:val="single" w:sz="4" w:space="0" w:color="A6A6A6"/>
              <w:left w:val="single" w:sz="4" w:space="0" w:color="A6A6A6"/>
              <w:bottom w:val="single" w:sz="4" w:space="0" w:color="A6A6A6"/>
              <w:right w:val="single" w:sz="4" w:space="0" w:color="A6A6A6"/>
            </w:tcBorders>
          </w:tcPr>
          <w:p w14:paraId="1D2ACE35"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35394387" w14:textId="77777777" w:rsidR="00814904" w:rsidRDefault="00000000">
      <w:pPr>
        <w:spacing w:before="60" w:after="40"/>
      </w:pPr>
      <w:r>
        <w:rPr>
          <w:b/>
        </w:rPr>
        <w:t>Describe your experience developing or implementing workplace, facility, or public safety procedures.</w:t>
      </w:r>
    </w:p>
    <w:tbl>
      <w:tblPr>
        <w:tblW w:w="0" w:type="auto"/>
        <w:tblLook w:val="04A0" w:firstRow="1" w:lastRow="0" w:firstColumn="1" w:lastColumn="0" w:noHBand="0" w:noVBand="1"/>
      </w:tblPr>
      <w:tblGrid>
        <w:gridCol w:w="10368"/>
      </w:tblGrid>
      <w:tr w:rsidR="00814904" w14:paraId="6C3E72C8" w14:textId="77777777">
        <w:tc>
          <w:tcPr>
            <w:tcW w:w="10368" w:type="dxa"/>
            <w:tcBorders>
              <w:top w:val="single" w:sz="4" w:space="0" w:color="A6A6A6"/>
              <w:left w:val="single" w:sz="4" w:space="0" w:color="A6A6A6"/>
              <w:bottom w:val="single" w:sz="4" w:space="0" w:color="A6A6A6"/>
              <w:right w:val="single" w:sz="4" w:space="0" w:color="A6A6A6"/>
            </w:tcBorders>
          </w:tcPr>
          <w:p w14:paraId="70E0698E"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32C648C9" w14:textId="6386C3AD" w:rsidR="00814904" w:rsidRDefault="00814904"/>
    <w:tbl>
      <w:tblPr>
        <w:tblW w:w="0" w:type="auto"/>
        <w:jc w:val="center"/>
        <w:tblLayout w:type="fixed"/>
        <w:tblLook w:val="04A0" w:firstRow="1" w:lastRow="0" w:firstColumn="1" w:lastColumn="0" w:noHBand="0" w:noVBand="1"/>
      </w:tblPr>
      <w:tblGrid>
        <w:gridCol w:w="10368"/>
      </w:tblGrid>
      <w:tr w:rsidR="00814904" w14:paraId="51038587" w14:textId="77777777">
        <w:trPr>
          <w:jc w:val="center"/>
        </w:trPr>
        <w:tc>
          <w:tcPr>
            <w:tcW w:w="10368" w:type="dxa"/>
            <w:shd w:val="clear" w:color="auto" w:fill="1F4E78"/>
          </w:tcPr>
          <w:p w14:paraId="7BE310AC" w14:textId="77777777" w:rsidR="00814904" w:rsidRDefault="00000000">
            <w:pPr>
              <w:spacing w:after="30"/>
            </w:pPr>
            <w:r>
              <w:rPr>
                <w:b/>
                <w:color w:val="FFFFFF"/>
                <w:sz w:val="21"/>
              </w:rPr>
              <w:t>8. PUBLIC &amp; GOVERNMENT EXPERIENCE</w:t>
            </w:r>
          </w:p>
        </w:tc>
      </w:tr>
    </w:tbl>
    <w:p w14:paraId="0F266D61" w14:textId="77777777" w:rsidR="00814904" w:rsidRDefault="00814904">
      <w:pPr>
        <w:spacing w:after="0"/>
      </w:pPr>
    </w:p>
    <w:p w14:paraId="503ED3D7" w14:textId="77777777" w:rsidR="00814904" w:rsidRDefault="00000000">
      <w:pPr>
        <w:spacing w:before="60" w:after="40"/>
      </w:pPr>
      <w:r>
        <w:rPr>
          <w:b/>
        </w:rPr>
        <w:t>Describe any experience working with city, county, state, or federal government.</w:t>
      </w:r>
    </w:p>
    <w:tbl>
      <w:tblPr>
        <w:tblW w:w="0" w:type="auto"/>
        <w:tblLook w:val="04A0" w:firstRow="1" w:lastRow="0" w:firstColumn="1" w:lastColumn="0" w:noHBand="0" w:noVBand="1"/>
      </w:tblPr>
      <w:tblGrid>
        <w:gridCol w:w="10368"/>
      </w:tblGrid>
      <w:tr w:rsidR="00814904" w14:paraId="7C9B1D4A" w14:textId="77777777">
        <w:tc>
          <w:tcPr>
            <w:tcW w:w="10368" w:type="dxa"/>
            <w:tcBorders>
              <w:top w:val="single" w:sz="4" w:space="0" w:color="A6A6A6"/>
              <w:left w:val="single" w:sz="4" w:space="0" w:color="A6A6A6"/>
              <w:bottom w:val="single" w:sz="4" w:space="0" w:color="A6A6A6"/>
              <w:right w:val="single" w:sz="4" w:space="0" w:color="A6A6A6"/>
            </w:tcBorders>
          </w:tcPr>
          <w:p w14:paraId="1551C263"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65BF8B1A" w14:textId="77777777" w:rsidR="00814904" w:rsidRDefault="00000000">
      <w:pPr>
        <w:spacing w:before="60" w:after="40"/>
      </w:pPr>
      <w:r>
        <w:rPr>
          <w:b/>
        </w:rPr>
        <w:lastRenderedPageBreak/>
        <w:t>Describe your experience presenting information to boards, commissions, councils, fiscal courts, elected officials, community organizations, or the general public.</w:t>
      </w:r>
    </w:p>
    <w:tbl>
      <w:tblPr>
        <w:tblW w:w="0" w:type="auto"/>
        <w:tblLook w:val="04A0" w:firstRow="1" w:lastRow="0" w:firstColumn="1" w:lastColumn="0" w:noHBand="0" w:noVBand="1"/>
      </w:tblPr>
      <w:tblGrid>
        <w:gridCol w:w="10368"/>
      </w:tblGrid>
      <w:tr w:rsidR="00814904" w14:paraId="73E28AA1" w14:textId="77777777">
        <w:tc>
          <w:tcPr>
            <w:tcW w:w="10368" w:type="dxa"/>
            <w:tcBorders>
              <w:top w:val="single" w:sz="4" w:space="0" w:color="A6A6A6"/>
              <w:left w:val="single" w:sz="4" w:space="0" w:color="A6A6A6"/>
              <w:bottom w:val="single" w:sz="4" w:space="0" w:color="A6A6A6"/>
              <w:right w:val="single" w:sz="4" w:space="0" w:color="A6A6A6"/>
            </w:tcBorders>
          </w:tcPr>
          <w:p w14:paraId="004861F4"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54ED3D25" w14:textId="77777777" w:rsidR="00814904" w:rsidRDefault="00000000">
      <w:pPr>
        <w:spacing w:before="60" w:after="40"/>
      </w:pPr>
      <w:r>
        <w:rPr>
          <w:b/>
        </w:rPr>
        <w:t>Describe your experience handling citizen concerns, complaints, or requests.</w:t>
      </w:r>
    </w:p>
    <w:tbl>
      <w:tblPr>
        <w:tblW w:w="0" w:type="auto"/>
        <w:tblLook w:val="04A0" w:firstRow="1" w:lastRow="0" w:firstColumn="1" w:lastColumn="0" w:noHBand="0" w:noVBand="1"/>
      </w:tblPr>
      <w:tblGrid>
        <w:gridCol w:w="10368"/>
      </w:tblGrid>
      <w:tr w:rsidR="00814904" w14:paraId="0739C1FB" w14:textId="77777777">
        <w:tc>
          <w:tcPr>
            <w:tcW w:w="10368" w:type="dxa"/>
            <w:tcBorders>
              <w:top w:val="single" w:sz="4" w:space="0" w:color="A6A6A6"/>
              <w:left w:val="single" w:sz="4" w:space="0" w:color="A6A6A6"/>
              <w:bottom w:val="single" w:sz="4" w:space="0" w:color="A6A6A6"/>
              <w:right w:val="single" w:sz="4" w:space="0" w:color="A6A6A6"/>
            </w:tcBorders>
          </w:tcPr>
          <w:p w14:paraId="2C4FAA01"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tbl>
      <w:tblPr>
        <w:tblW w:w="0" w:type="auto"/>
        <w:jc w:val="center"/>
        <w:tblLayout w:type="fixed"/>
        <w:tblLook w:val="04A0" w:firstRow="1" w:lastRow="0" w:firstColumn="1" w:lastColumn="0" w:noHBand="0" w:noVBand="1"/>
      </w:tblPr>
      <w:tblGrid>
        <w:gridCol w:w="10368"/>
      </w:tblGrid>
      <w:tr w:rsidR="00814904" w14:paraId="44872E08" w14:textId="77777777">
        <w:trPr>
          <w:jc w:val="center"/>
        </w:trPr>
        <w:tc>
          <w:tcPr>
            <w:tcW w:w="10368" w:type="dxa"/>
            <w:shd w:val="clear" w:color="auto" w:fill="1F4E78"/>
          </w:tcPr>
          <w:p w14:paraId="4DD376F3" w14:textId="77777777" w:rsidR="00814904" w:rsidRDefault="00000000">
            <w:pPr>
              <w:spacing w:after="30"/>
            </w:pPr>
            <w:r>
              <w:rPr>
                <w:b/>
                <w:color w:val="FFFFFF"/>
                <w:sz w:val="21"/>
              </w:rPr>
              <w:t>9. TECHNOLOGY &amp; ADMINISTRATIVE SKILLS</w:t>
            </w:r>
          </w:p>
        </w:tc>
      </w:tr>
    </w:tbl>
    <w:p w14:paraId="10FDB603" w14:textId="77777777" w:rsidR="00814904" w:rsidRDefault="00814904">
      <w:pPr>
        <w:spacing w:after="0"/>
      </w:pPr>
    </w:p>
    <w:tbl>
      <w:tblPr>
        <w:tblW w:w="0" w:type="auto"/>
        <w:jc w:val="center"/>
        <w:tblLayout w:type="fixed"/>
        <w:tblLook w:val="04A0" w:firstRow="1" w:lastRow="0" w:firstColumn="1" w:lastColumn="0" w:noHBand="0" w:noVBand="1"/>
      </w:tblPr>
      <w:tblGrid>
        <w:gridCol w:w="5184"/>
        <w:gridCol w:w="5184"/>
      </w:tblGrid>
      <w:tr w:rsidR="00814904" w14:paraId="3206FEF0"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03C410B" w14:textId="77777777" w:rsidR="00814904" w:rsidRDefault="00000000">
            <w:pPr>
              <w:spacing w:after="30"/>
            </w:pPr>
            <w:r>
              <w:rPr>
                <w:b/>
                <w:sz w:val="18"/>
              </w:rPr>
              <w:t>Microsoft Word</w:t>
            </w:r>
          </w:p>
        </w:tc>
        <w:tc>
          <w:tcPr>
            <w:tcW w:w="5184" w:type="dxa"/>
            <w:tcBorders>
              <w:top w:val="single" w:sz="4" w:space="0" w:color="A6A6A6"/>
              <w:left w:val="single" w:sz="4" w:space="0" w:color="A6A6A6"/>
              <w:bottom w:val="single" w:sz="4" w:space="0" w:color="A6A6A6"/>
              <w:right w:val="single" w:sz="4" w:space="0" w:color="A6A6A6"/>
            </w:tcBorders>
            <w:vAlign w:val="center"/>
          </w:tcPr>
          <w:p w14:paraId="5298266D" w14:textId="77777777" w:rsidR="00814904" w:rsidRDefault="00000000">
            <w:pPr>
              <w:spacing w:after="30"/>
            </w:pPr>
            <w:r>
              <w:rPr>
                <w:color w:val="666666"/>
              </w:rPr>
              <w:t>☐ None   ☐ Basic   ☐ Intermediate   ☐ Advanced</w:t>
            </w:r>
          </w:p>
        </w:tc>
      </w:tr>
      <w:tr w:rsidR="00814904" w14:paraId="2B95F2D8"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516F00C6" w14:textId="77777777" w:rsidR="00814904" w:rsidRDefault="00000000">
            <w:pPr>
              <w:spacing w:after="30"/>
            </w:pPr>
            <w:r>
              <w:rPr>
                <w:b/>
                <w:sz w:val="18"/>
              </w:rPr>
              <w:t>Microsoft Excel</w:t>
            </w:r>
          </w:p>
        </w:tc>
        <w:tc>
          <w:tcPr>
            <w:tcW w:w="5184" w:type="dxa"/>
            <w:tcBorders>
              <w:top w:val="single" w:sz="4" w:space="0" w:color="A6A6A6"/>
              <w:left w:val="single" w:sz="4" w:space="0" w:color="A6A6A6"/>
              <w:bottom w:val="single" w:sz="4" w:space="0" w:color="A6A6A6"/>
              <w:right w:val="single" w:sz="4" w:space="0" w:color="A6A6A6"/>
            </w:tcBorders>
            <w:vAlign w:val="center"/>
          </w:tcPr>
          <w:p w14:paraId="2A7D7FA0" w14:textId="77777777" w:rsidR="00814904" w:rsidRDefault="00000000">
            <w:pPr>
              <w:spacing w:after="30"/>
            </w:pPr>
            <w:r>
              <w:rPr>
                <w:color w:val="666666"/>
              </w:rPr>
              <w:t>☐ None   ☐ Basic   ☐ Intermediate   ☐ Advanced</w:t>
            </w:r>
          </w:p>
        </w:tc>
      </w:tr>
      <w:tr w:rsidR="00814904" w14:paraId="453BCB46"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32921A84" w14:textId="77777777" w:rsidR="00814904" w:rsidRDefault="00000000">
            <w:pPr>
              <w:spacing w:after="30"/>
            </w:pPr>
            <w:r>
              <w:rPr>
                <w:b/>
                <w:sz w:val="18"/>
              </w:rPr>
              <w:t>Email / Calendar</w:t>
            </w:r>
          </w:p>
        </w:tc>
        <w:tc>
          <w:tcPr>
            <w:tcW w:w="5184" w:type="dxa"/>
            <w:tcBorders>
              <w:top w:val="single" w:sz="4" w:space="0" w:color="A6A6A6"/>
              <w:left w:val="single" w:sz="4" w:space="0" w:color="A6A6A6"/>
              <w:bottom w:val="single" w:sz="4" w:space="0" w:color="A6A6A6"/>
              <w:right w:val="single" w:sz="4" w:space="0" w:color="A6A6A6"/>
            </w:tcBorders>
            <w:vAlign w:val="center"/>
          </w:tcPr>
          <w:p w14:paraId="2A100FD3" w14:textId="77777777" w:rsidR="00814904" w:rsidRDefault="00000000">
            <w:pPr>
              <w:spacing w:after="30"/>
            </w:pPr>
            <w:r>
              <w:rPr>
                <w:color w:val="666666"/>
              </w:rPr>
              <w:t>☐ None   ☐ Basic   ☐ Intermediate   ☐ Advanced</w:t>
            </w:r>
          </w:p>
        </w:tc>
      </w:tr>
      <w:tr w:rsidR="00814904" w14:paraId="76FE8DDE"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1F20A0F" w14:textId="77777777" w:rsidR="00814904" w:rsidRDefault="00000000">
            <w:pPr>
              <w:spacing w:after="30"/>
            </w:pPr>
            <w:r>
              <w:rPr>
                <w:b/>
                <w:sz w:val="18"/>
              </w:rPr>
              <w:t>Budget / Accounting Software</w:t>
            </w:r>
          </w:p>
        </w:tc>
        <w:tc>
          <w:tcPr>
            <w:tcW w:w="5184" w:type="dxa"/>
            <w:tcBorders>
              <w:top w:val="single" w:sz="4" w:space="0" w:color="A6A6A6"/>
              <w:left w:val="single" w:sz="4" w:space="0" w:color="A6A6A6"/>
              <w:bottom w:val="single" w:sz="4" w:space="0" w:color="A6A6A6"/>
              <w:right w:val="single" w:sz="4" w:space="0" w:color="A6A6A6"/>
            </w:tcBorders>
            <w:vAlign w:val="center"/>
          </w:tcPr>
          <w:p w14:paraId="5D789BD1" w14:textId="77777777" w:rsidR="00814904" w:rsidRDefault="00000000">
            <w:pPr>
              <w:spacing w:after="30"/>
            </w:pPr>
            <w:r>
              <w:rPr>
                <w:color w:val="666666"/>
              </w:rPr>
              <w:t>☐ None   ☐ Basic   ☐ Intermediate   ☐ Advanced</w:t>
            </w:r>
          </w:p>
        </w:tc>
      </w:tr>
      <w:tr w:rsidR="00814904" w14:paraId="21A18502"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1E9581E6" w14:textId="77777777" w:rsidR="00814904" w:rsidRDefault="00000000">
            <w:pPr>
              <w:spacing w:after="30"/>
            </w:pPr>
            <w:r>
              <w:rPr>
                <w:b/>
                <w:sz w:val="18"/>
              </w:rPr>
              <w:t>Scheduling / Reservation Software</w:t>
            </w:r>
          </w:p>
        </w:tc>
        <w:tc>
          <w:tcPr>
            <w:tcW w:w="5184" w:type="dxa"/>
            <w:tcBorders>
              <w:top w:val="single" w:sz="4" w:space="0" w:color="A6A6A6"/>
              <w:left w:val="single" w:sz="4" w:space="0" w:color="A6A6A6"/>
              <w:bottom w:val="single" w:sz="4" w:space="0" w:color="A6A6A6"/>
              <w:right w:val="single" w:sz="4" w:space="0" w:color="A6A6A6"/>
            </w:tcBorders>
            <w:vAlign w:val="center"/>
          </w:tcPr>
          <w:p w14:paraId="68A51EF5" w14:textId="77777777" w:rsidR="00814904" w:rsidRDefault="00000000">
            <w:pPr>
              <w:spacing w:after="30"/>
            </w:pPr>
            <w:r>
              <w:rPr>
                <w:color w:val="666666"/>
              </w:rPr>
              <w:t>☐ None   ☐ Basic   ☐ Intermediate   ☐ Advanced</w:t>
            </w:r>
          </w:p>
        </w:tc>
      </w:tr>
      <w:tr w:rsidR="00814904" w14:paraId="268C8425"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C7855B3" w14:textId="77777777" w:rsidR="00814904" w:rsidRDefault="00000000">
            <w:pPr>
              <w:spacing w:after="30"/>
            </w:pPr>
            <w:r>
              <w:rPr>
                <w:b/>
                <w:sz w:val="18"/>
              </w:rPr>
              <w:t>Social Media / Public Communication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3F7C81CE" w14:textId="77777777" w:rsidR="00814904" w:rsidRDefault="00000000">
            <w:pPr>
              <w:spacing w:after="30"/>
            </w:pPr>
            <w:r>
              <w:rPr>
                <w:color w:val="666666"/>
              </w:rPr>
              <w:t>☐ None   ☐ Basic   ☐ Intermediate   ☐ Advanced</w:t>
            </w:r>
          </w:p>
        </w:tc>
      </w:tr>
    </w:tbl>
    <w:p w14:paraId="77B63DC7" w14:textId="77777777" w:rsidR="00814904" w:rsidRDefault="00000000">
      <w:pPr>
        <w:spacing w:before="60" w:after="40"/>
      </w:pPr>
      <w:r>
        <w:rPr>
          <w:b/>
        </w:rPr>
        <w:t>Other relevant computer programs, systems, or technology:</w:t>
      </w:r>
    </w:p>
    <w:tbl>
      <w:tblPr>
        <w:tblW w:w="0" w:type="auto"/>
        <w:tblLook w:val="04A0" w:firstRow="1" w:lastRow="0" w:firstColumn="1" w:lastColumn="0" w:noHBand="0" w:noVBand="1"/>
      </w:tblPr>
      <w:tblGrid>
        <w:gridCol w:w="10368"/>
      </w:tblGrid>
      <w:tr w:rsidR="00814904" w14:paraId="61B1009B" w14:textId="77777777">
        <w:tc>
          <w:tcPr>
            <w:tcW w:w="10368" w:type="dxa"/>
            <w:tcBorders>
              <w:top w:val="single" w:sz="4" w:space="0" w:color="A6A6A6"/>
              <w:left w:val="single" w:sz="4" w:space="0" w:color="A6A6A6"/>
              <w:bottom w:val="single" w:sz="4" w:space="0" w:color="A6A6A6"/>
              <w:right w:val="single" w:sz="4" w:space="0" w:color="A6A6A6"/>
            </w:tcBorders>
          </w:tcPr>
          <w:p w14:paraId="256D004B"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p>
        </w:tc>
      </w:tr>
    </w:tbl>
    <w:p w14:paraId="5E711F76" w14:textId="440DB391" w:rsidR="00814904" w:rsidRDefault="00814904"/>
    <w:tbl>
      <w:tblPr>
        <w:tblW w:w="0" w:type="auto"/>
        <w:jc w:val="center"/>
        <w:tblLayout w:type="fixed"/>
        <w:tblLook w:val="04A0" w:firstRow="1" w:lastRow="0" w:firstColumn="1" w:lastColumn="0" w:noHBand="0" w:noVBand="1"/>
      </w:tblPr>
      <w:tblGrid>
        <w:gridCol w:w="10368"/>
      </w:tblGrid>
      <w:tr w:rsidR="00814904" w14:paraId="4A5FE233" w14:textId="77777777">
        <w:trPr>
          <w:jc w:val="center"/>
        </w:trPr>
        <w:tc>
          <w:tcPr>
            <w:tcW w:w="10368" w:type="dxa"/>
            <w:shd w:val="clear" w:color="auto" w:fill="1F4E78"/>
          </w:tcPr>
          <w:p w14:paraId="34D0D3F3" w14:textId="77777777" w:rsidR="00814904" w:rsidRDefault="00000000">
            <w:pPr>
              <w:spacing w:after="30"/>
            </w:pPr>
            <w:r>
              <w:rPr>
                <w:b/>
                <w:color w:val="FFFFFF"/>
                <w:sz w:val="21"/>
              </w:rPr>
              <w:t>10. DIRECTOR QUALIFICATIONS</w:t>
            </w:r>
          </w:p>
        </w:tc>
      </w:tr>
    </w:tbl>
    <w:p w14:paraId="5B759EF5" w14:textId="77777777" w:rsidR="00814904" w:rsidRDefault="00814904">
      <w:pPr>
        <w:spacing w:after="0"/>
      </w:pPr>
    </w:p>
    <w:p w14:paraId="4A601470" w14:textId="77777777" w:rsidR="00814904" w:rsidRDefault="00000000">
      <w:pPr>
        <w:spacing w:before="60" w:after="40"/>
      </w:pPr>
      <w:r>
        <w:rPr>
          <w:b/>
        </w:rPr>
        <w:t>Why are you interested in serving as the Mayfield/Graves County Parks &amp; Recreation Director?</w:t>
      </w:r>
    </w:p>
    <w:tbl>
      <w:tblPr>
        <w:tblW w:w="0" w:type="auto"/>
        <w:tblLook w:val="04A0" w:firstRow="1" w:lastRow="0" w:firstColumn="1" w:lastColumn="0" w:noHBand="0" w:noVBand="1"/>
      </w:tblPr>
      <w:tblGrid>
        <w:gridCol w:w="10368"/>
      </w:tblGrid>
      <w:tr w:rsidR="00814904" w14:paraId="1E383748" w14:textId="77777777">
        <w:tc>
          <w:tcPr>
            <w:tcW w:w="10368" w:type="dxa"/>
            <w:tcBorders>
              <w:top w:val="single" w:sz="4" w:space="0" w:color="A6A6A6"/>
              <w:left w:val="single" w:sz="4" w:space="0" w:color="A6A6A6"/>
              <w:bottom w:val="single" w:sz="4" w:space="0" w:color="A6A6A6"/>
              <w:right w:val="single" w:sz="4" w:space="0" w:color="A6A6A6"/>
            </w:tcBorders>
          </w:tcPr>
          <w:p w14:paraId="62FCFB0E"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6DAD8DE9" w14:textId="77777777" w:rsidR="00814904" w:rsidRDefault="00000000">
      <w:pPr>
        <w:spacing w:before="60" w:after="40"/>
      </w:pPr>
      <w:r>
        <w:rPr>
          <w:b/>
        </w:rPr>
        <w:t>What do you believe are the most important responsibilities of a Parks &amp; Recreation Director?</w:t>
      </w:r>
    </w:p>
    <w:tbl>
      <w:tblPr>
        <w:tblW w:w="0" w:type="auto"/>
        <w:tblLook w:val="04A0" w:firstRow="1" w:lastRow="0" w:firstColumn="1" w:lastColumn="0" w:noHBand="0" w:noVBand="1"/>
      </w:tblPr>
      <w:tblGrid>
        <w:gridCol w:w="10368"/>
      </w:tblGrid>
      <w:tr w:rsidR="00814904" w14:paraId="0613572C" w14:textId="77777777">
        <w:tc>
          <w:tcPr>
            <w:tcW w:w="10368" w:type="dxa"/>
            <w:tcBorders>
              <w:top w:val="single" w:sz="4" w:space="0" w:color="A6A6A6"/>
              <w:left w:val="single" w:sz="4" w:space="0" w:color="A6A6A6"/>
              <w:bottom w:val="single" w:sz="4" w:space="0" w:color="A6A6A6"/>
              <w:right w:val="single" w:sz="4" w:space="0" w:color="A6A6A6"/>
            </w:tcBorders>
          </w:tcPr>
          <w:p w14:paraId="362A0BCC"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2F03E018" w14:textId="77777777" w:rsidR="00814904" w:rsidRDefault="00000000">
      <w:pPr>
        <w:spacing w:before="60" w:after="40"/>
      </w:pPr>
      <w:r>
        <w:rPr>
          <w:b/>
        </w:rPr>
        <w:t>What would be your priorities during your first year as Director?</w:t>
      </w:r>
    </w:p>
    <w:tbl>
      <w:tblPr>
        <w:tblW w:w="0" w:type="auto"/>
        <w:tblLook w:val="04A0" w:firstRow="1" w:lastRow="0" w:firstColumn="1" w:lastColumn="0" w:noHBand="0" w:noVBand="1"/>
      </w:tblPr>
      <w:tblGrid>
        <w:gridCol w:w="10368"/>
      </w:tblGrid>
      <w:tr w:rsidR="00814904" w14:paraId="43B274D1" w14:textId="77777777">
        <w:tc>
          <w:tcPr>
            <w:tcW w:w="10368" w:type="dxa"/>
            <w:tcBorders>
              <w:top w:val="single" w:sz="4" w:space="0" w:color="A6A6A6"/>
              <w:left w:val="single" w:sz="4" w:space="0" w:color="A6A6A6"/>
              <w:bottom w:val="single" w:sz="4" w:space="0" w:color="A6A6A6"/>
              <w:right w:val="single" w:sz="4" w:space="0" w:color="A6A6A6"/>
            </w:tcBorders>
          </w:tcPr>
          <w:p w14:paraId="42B8B988"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30384AAC" w14:textId="77777777" w:rsidR="00814904" w:rsidRDefault="00000000">
      <w:pPr>
        <w:spacing w:before="60" w:after="40"/>
      </w:pPr>
      <w:r>
        <w:rPr>
          <w:b/>
        </w:rPr>
        <w:t>Describe a program, project, event, or operational improvement you successfully implemented.</w:t>
      </w:r>
    </w:p>
    <w:tbl>
      <w:tblPr>
        <w:tblW w:w="0" w:type="auto"/>
        <w:tblLook w:val="04A0" w:firstRow="1" w:lastRow="0" w:firstColumn="1" w:lastColumn="0" w:noHBand="0" w:noVBand="1"/>
      </w:tblPr>
      <w:tblGrid>
        <w:gridCol w:w="10368"/>
      </w:tblGrid>
      <w:tr w:rsidR="00814904" w14:paraId="5176C133" w14:textId="77777777">
        <w:tc>
          <w:tcPr>
            <w:tcW w:w="10368" w:type="dxa"/>
            <w:tcBorders>
              <w:top w:val="single" w:sz="4" w:space="0" w:color="A6A6A6"/>
              <w:left w:val="single" w:sz="4" w:space="0" w:color="A6A6A6"/>
              <w:bottom w:val="single" w:sz="4" w:space="0" w:color="A6A6A6"/>
              <w:right w:val="single" w:sz="4" w:space="0" w:color="A6A6A6"/>
            </w:tcBorders>
          </w:tcPr>
          <w:p w14:paraId="7A956CAA"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r>
            <w:r>
              <w:rPr>
                <w:color w:val="A6A6A6"/>
              </w:rPr>
              <w:lastRenderedPageBreak/>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53DE9CB7" w14:textId="77777777" w:rsidR="00814904" w:rsidRDefault="00000000">
      <w:pPr>
        <w:spacing w:before="60" w:after="40"/>
      </w:pPr>
      <w:r>
        <w:rPr>
          <w:b/>
        </w:rPr>
        <w:lastRenderedPageBreak/>
        <w:t>How would you balance recreational programming, facility maintenance, employee management, public expectations, and budget limitations?</w:t>
      </w:r>
    </w:p>
    <w:tbl>
      <w:tblPr>
        <w:tblW w:w="0" w:type="auto"/>
        <w:tblLook w:val="04A0" w:firstRow="1" w:lastRow="0" w:firstColumn="1" w:lastColumn="0" w:noHBand="0" w:noVBand="1"/>
      </w:tblPr>
      <w:tblGrid>
        <w:gridCol w:w="10368"/>
      </w:tblGrid>
      <w:tr w:rsidR="00814904" w14:paraId="0A6661B7" w14:textId="77777777">
        <w:tc>
          <w:tcPr>
            <w:tcW w:w="10368" w:type="dxa"/>
            <w:tcBorders>
              <w:top w:val="single" w:sz="4" w:space="0" w:color="A6A6A6"/>
              <w:left w:val="single" w:sz="4" w:space="0" w:color="A6A6A6"/>
              <w:bottom w:val="single" w:sz="4" w:space="0" w:color="A6A6A6"/>
              <w:right w:val="single" w:sz="4" w:space="0" w:color="A6A6A6"/>
            </w:tcBorders>
          </w:tcPr>
          <w:p w14:paraId="1E2EF47F"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14BF5817" w14:textId="5CAE94D8" w:rsidR="00814904" w:rsidRDefault="00814904"/>
    <w:tbl>
      <w:tblPr>
        <w:tblW w:w="0" w:type="auto"/>
        <w:jc w:val="center"/>
        <w:tblLayout w:type="fixed"/>
        <w:tblLook w:val="04A0" w:firstRow="1" w:lastRow="0" w:firstColumn="1" w:lastColumn="0" w:noHBand="0" w:noVBand="1"/>
      </w:tblPr>
      <w:tblGrid>
        <w:gridCol w:w="10368"/>
      </w:tblGrid>
      <w:tr w:rsidR="00814904" w14:paraId="0B9F8759" w14:textId="77777777">
        <w:trPr>
          <w:jc w:val="center"/>
        </w:trPr>
        <w:tc>
          <w:tcPr>
            <w:tcW w:w="10368" w:type="dxa"/>
            <w:shd w:val="clear" w:color="auto" w:fill="1F4E78"/>
          </w:tcPr>
          <w:p w14:paraId="0BA31D16" w14:textId="77777777" w:rsidR="00814904" w:rsidRDefault="00000000">
            <w:pPr>
              <w:spacing w:after="30"/>
            </w:pPr>
            <w:r>
              <w:rPr>
                <w:b/>
                <w:color w:val="FFFFFF"/>
                <w:sz w:val="21"/>
              </w:rPr>
              <w:t>11. WORK AVAILABILITY</w:t>
            </w:r>
          </w:p>
        </w:tc>
      </w:tr>
    </w:tbl>
    <w:p w14:paraId="02181736" w14:textId="77777777" w:rsidR="00814904" w:rsidRDefault="00814904">
      <w:pPr>
        <w:spacing w:after="0"/>
      </w:pPr>
    </w:p>
    <w:p w14:paraId="713F16BB" w14:textId="77777777" w:rsidR="00814904" w:rsidRDefault="00000000">
      <w:r>
        <w:rPr>
          <w:sz w:val="18"/>
        </w:rPr>
        <w:t>This position may require attendance at evening and weekend programs, sporting events, tournaments, meetings, emergencies, and special events.</w:t>
      </w:r>
    </w:p>
    <w:p w14:paraId="1C57F2E8" w14:textId="77777777" w:rsidR="00814904" w:rsidRDefault="00000000">
      <w:pPr>
        <w:spacing w:before="20" w:after="20"/>
      </w:pPr>
      <w:r>
        <w:t>Are you available to work evenings when required?   ☐ Yes     ☐ No</w:t>
      </w:r>
    </w:p>
    <w:p w14:paraId="750E7922" w14:textId="77777777" w:rsidR="00814904" w:rsidRDefault="00000000">
      <w:pPr>
        <w:spacing w:before="20" w:after="20"/>
      </w:pPr>
      <w:r>
        <w:t>Are you available to work weekends when required?   ☐ Yes     ☐ No</w:t>
      </w:r>
    </w:p>
    <w:p w14:paraId="4749F8CC" w14:textId="77777777" w:rsidR="00814904" w:rsidRDefault="00000000">
      <w:pPr>
        <w:spacing w:before="20" w:after="20"/>
      </w:pPr>
      <w:r>
        <w:t>Are you available to respond to urgent facility or operational issues outside normal business hours when necessary?   ☐ Yes     ☐ No</w:t>
      </w:r>
    </w:p>
    <w:tbl>
      <w:tblPr>
        <w:tblW w:w="0" w:type="auto"/>
        <w:jc w:val="center"/>
        <w:tblLayout w:type="fixed"/>
        <w:tblLook w:val="04A0" w:firstRow="1" w:lastRow="0" w:firstColumn="1" w:lastColumn="0" w:noHBand="0" w:noVBand="1"/>
      </w:tblPr>
      <w:tblGrid>
        <w:gridCol w:w="10368"/>
      </w:tblGrid>
      <w:tr w:rsidR="00814904" w14:paraId="0BC23366" w14:textId="77777777">
        <w:trPr>
          <w:jc w:val="center"/>
        </w:trPr>
        <w:tc>
          <w:tcPr>
            <w:tcW w:w="10368" w:type="dxa"/>
            <w:shd w:val="clear" w:color="auto" w:fill="1F4E78"/>
          </w:tcPr>
          <w:p w14:paraId="7BDA963A" w14:textId="77777777" w:rsidR="00814904" w:rsidRDefault="00000000">
            <w:pPr>
              <w:spacing w:after="30"/>
            </w:pPr>
            <w:r>
              <w:rPr>
                <w:b/>
                <w:color w:val="FFFFFF"/>
                <w:sz w:val="21"/>
              </w:rPr>
              <w:t>12. PROFESSIONAL REFERENCES</w:t>
            </w:r>
          </w:p>
        </w:tc>
      </w:tr>
    </w:tbl>
    <w:p w14:paraId="343A7B24" w14:textId="77777777" w:rsidR="00814904" w:rsidRDefault="00814904">
      <w:pPr>
        <w:spacing w:after="0"/>
      </w:pPr>
    </w:p>
    <w:p w14:paraId="4292D890" w14:textId="77777777" w:rsidR="00814904" w:rsidRDefault="00000000">
      <w:r>
        <w:rPr>
          <w:b/>
          <w:color w:val="1F4E78"/>
          <w:sz w:val="20"/>
        </w:rPr>
        <w:t>Reference 1</w:t>
      </w:r>
    </w:p>
    <w:tbl>
      <w:tblPr>
        <w:tblW w:w="0" w:type="auto"/>
        <w:jc w:val="center"/>
        <w:tblLayout w:type="fixed"/>
        <w:tblLook w:val="04A0" w:firstRow="1" w:lastRow="0" w:firstColumn="1" w:lastColumn="0" w:noHBand="0" w:noVBand="1"/>
      </w:tblPr>
      <w:tblGrid>
        <w:gridCol w:w="5184"/>
        <w:gridCol w:w="5184"/>
      </w:tblGrid>
      <w:tr w:rsidR="00814904" w14:paraId="5DA72F66"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168AE6E7" w14:textId="77777777" w:rsidR="00814904" w:rsidRDefault="00000000">
            <w:pPr>
              <w:spacing w:after="30"/>
            </w:pPr>
            <w:r>
              <w:rPr>
                <w:b/>
                <w:sz w:val="18"/>
              </w:rPr>
              <w:t>Name</w:t>
            </w:r>
          </w:p>
        </w:tc>
        <w:tc>
          <w:tcPr>
            <w:tcW w:w="5184" w:type="dxa"/>
            <w:tcBorders>
              <w:top w:val="single" w:sz="4" w:space="0" w:color="A6A6A6"/>
              <w:left w:val="single" w:sz="4" w:space="0" w:color="A6A6A6"/>
              <w:bottom w:val="single" w:sz="4" w:space="0" w:color="A6A6A6"/>
              <w:right w:val="single" w:sz="4" w:space="0" w:color="A6A6A6"/>
            </w:tcBorders>
            <w:vAlign w:val="center"/>
          </w:tcPr>
          <w:p w14:paraId="69C8F68B" w14:textId="52C64FC9" w:rsidR="00814904" w:rsidRDefault="00814904">
            <w:pPr>
              <w:spacing w:after="30"/>
            </w:pPr>
          </w:p>
        </w:tc>
      </w:tr>
      <w:tr w:rsidR="00814904" w14:paraId="6678483F"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1D25463" w14:textId="77777777" w:rsidR="00814904" w:rsidRDefault="00000000">
            <w:pPr>
              <w:spacing w:after="30"/>
            </w:pPr>
            <w:r>
              <w:rPr>
                <w:b/>
                <w:sz w:val="18"/>
              </w:rPr>
              <w:t>Title / Organization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2CFC4F3B" w14:textId="1CEFB7DA" w:rsidR="00814904" w:rsidRDefault="00814904">
            <w:pPr>
              <w:spacing w:after="30"/>
            </w:pPr>
          </w:p>
        </w:tc>
      </w:tr>
      <w:tr w:rsidR="00814904" w14:paraId="0112B523"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F789379" w14:textId="77777777" w:rsidR="00814904" w:rsidRDefault="00000000">
            <w:pPr>
              <w:spacing w:after="30"/>
            </w:pPr>
            <w:r>
              <w:rPr>
                <w:b/>
                <w:sz w:val="18"/>
              </w:rPr>
              <w:t>Professional Relationship</w:t>
            </w:r>
          </w:p>
        </w:tc>
        <w:tc>
          <w:tcPr>
            <w:tcW w:w="5184" w:type="dxa"/>
            <w:tcBorders>
              <w:top w:val="single" w:sz="4" w:space="0" w:color="A6A6A6"/>
              <w:left w:val="single" w:sz="4" w:space="0" w:color="A6A6A6"/>
              <w:bottom w:val="single" w:sz="4" w:space="0" w:color="A6A6A6"/>
              <w:right w:val="single" w:sz="4" w:space="0" w:color="A6A6A6"/>
            </w:tcBorders>
            <w:vAlign w:val="center"/>
          </w:tcPr>
          <w:p w14:paraId="3FBE42BA" w14:textId="336CEAE8" w:rsidR="00814904" w:rsidRDefault="00814904">
            <w:pPr>
              <w:spacing w:after="30"/>
            </w:pPr>
          </w:p>
        </w:tc>
      </w:tr>
      <w:tr w:rsidR="00814904" w14:paraId="0F1B04C8"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5BBB1D8" w14:textId="77777777" w:rsidR="00814904" w:rsidRDefault="00000000">
            <w:pPr>
              <w:spacing w:after="30"/>
            </w:pPr>
            <w:r>
              <w:rPr>
                <w:b/>
                <w:sz w:val="18"/>
              </w:rPr>
              <w:t>Phone / Email</w:t>
            </w:r>
          </w:p>
        </w:tc>
        <w:tc>
          <w:tcPr>
            <w:tcW w:w="5184" w:type="dxa"/>
            <w:tcBorders>
              <w:top w:val="single" w:sz="4" w:space="0" w:color="A6A6A6"/>
              <w:left w:val="single" w:sz="4" w:space="0" w:color="A6A6A6"/>
              <w:bottom w:val="single" w:sz="4" w:space="0" w:color="A6A6A6"/>
              <w:right w:val="single" w:sz="4" w:space="0" w:color="A6A6A6"/>
            </w:tcBorders>
            <w:vAlign w:val="center"/>
          </w:tcPr>
          <w:p w14:paraId="4CA272CD" w14:textId="747C8F69" w:rsidR="00814904" w:rsidRDefault="00814904">
            <w:pPr>
              <w:spacing w:after="30"/>
            </w:pPr>
          </w:p>
        </w:tc>
      </w:tr>
    </w:tbl>
    <w:p w14:paraId="1A932C20" w14:textId="77777777" w:rsidR="00814904" w:rsidRDefault="00000000">
      <w:r>
        <w:rPr>
          <w:b/>
          <w:color w:val="1F4E78"/>
          <w:sz w:val="20"/>
        </w:rPr>
        <w:t>Reference 2</w:t>
      </w:r>
    </w:p>
    <w:tbl>
      <w:tblPr>
        <w:tblW w:w="0" w:type="auto"/>
        <w:jc w:val="center"/>
        <w:tblLayout w:type="fixed"/>
        <w:tblLook w:val="04A0" w:firstRow="1" w:lastRow="0" w:firstColumn="1" w:lastColumn="0" w:noHBand="0" w:noVBand="1"/>
      </w:tblPr>
      <w:tblGrid>
        <w:gridCol w:w="5184"/>
        <w:gridCol w:w="5184"/>
      </w:tblGrid>
      <w:tr w:rsidR="00814904" w14:paraId="6FDF8CB4"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1B107555" w14:textId="77777777" w:rsidR="00814904" w:rsidRDefault="00000000">
            <w:pPr>
              <w:spacing w:after="30"/>
            </w:pPr>
            <w:r>
              <w:rPr>
                <w:b/>
                <w:sz w:val="18"/>
              </w:rPr>
              <w:t>Name</w:t>
            </w:r>
          </w:p>
        </w:tc>
        <w:tc>
          <w:tcPr>
            <w:tcW w:w="5184" w:type="dxa"/>
            <w:tcBorders>
              <w:top w:val="single" w:sz="4" w:space="0" w:color="A6A6A6"/>
              <w:left w:val="single" w:sz="4" w:space="0" w:color="A6A6A6"/>
              <w:bottom w:val="single" w:sz="4" w:space="0" w:color="A6A6A6"/>
              <w:right w:val="single" w:sz="4" w:space="0" w:color="A6A6A6"/>
            </w:tcBorders>
            <w:vAlign w:val="center"/>
          </w:tcPr>
          <w:p w14:paraId="61721013" w14:textId="699693C5" w:rsidR="00814904" w:rsidRDefault="00814904">
            <w:pPr>
              <w:spacing w:after="30"/>
            </w:pPr>
          </w:p>
        </w:tc>
      </w:tr>
      <w:tr w:rsidR="00814904" w14:paraId="04F1C43B"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6E25D37E" w14:textId="77777777" w:rsidR="00814904" w:rsidRDefault="00000000">
            <w:pPr>
              <w:spacing w:after="30"/>
            </w:pPr>
            <w:r>
              <w:rPr>
                <w:b/>
                <w:sz w:val="18"/>
              </w:rPr>
              <w:t>Title / Organization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3C2F7D96" w14:textId="50AFEAAC" w:rsidR="00814904" w:rsidRDefault="00814904">
            <w:pPr>
              <w:spacing w:after="30"/>
            </w:pPr>
          </w:p>
        </w:tc>
      </w:tr>
      <w:tr w:rsidR="00814904" w14:paraId="034C28EB"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A01ABA7" w14:textId="77777777" w:rsidR="00814904" w:rsidRDefault="00000000">
            <w:pPr>
              <w:spacing w:after="30"/>
            </w:pPr>
            <w:r>
              <w:rPr>
                <w:b/>
                <w:sz w:val="18"/>
              </w:rPr>
              <w:t>Professional Relationship</w:t>
            </w:r>
          </w:p>
        </w:tc>
        <w:tc>
          <w:tcPr>
            <w:tcW w:w="5184" w:type="dxa"/>
            <w:tcBorders>
              <w:top w:val="single" w:sz="4" w:space="0" w:color="A6A6A6"/>
              <w:left w:val="single" w:sz="4" w:space="0" w:color="A6A6A6"/>
              <w:bottom w:val="single" w:sz="4" w:space="0" w:color="A6A6A6"/>
              <w:right w:val="single" w:sz="4" w:space="0" w:color="A6A6A6"/>
            </w:tcBorders>
            <w:vAlign w:val="center"/>
          </w:tcPr>
          <w:p w14:paraId="3D23038E" w14:textId="07CA96DD" w:rsidR="00814904" w:rsidRDefault="00814904">
            <w:pPr>
              <w:spacing w:after="30"/>
            </w:pPr>
          </w:p>
        </w:tc>
      </w:tr>
      <w:tr w:rsidR="00814904" w14:paraId="65E1BAC2"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1BCA7A0B" w14:textId="77777777" w:rsidR="00814904" w:rsidRDefault="00000000">
            <w:pPr>
              <w:spacing w:after="30"/>
            </w:pPr>
            <w:r>
              <w:rPr>
                <w:b/>
                <w:sz w:val="18"/>
              </w:rPr>
              <w:t>Phone / Email</w:t>
            </w:r>
          </w:p>
        </w:tc>
        <w:tc>
          <w:tcPr>
            <w:tcW w:w="5184" w:type="dxa"/>
            <w:tcBorders>
              <w:top w:val="single" w:sz="4" w:space="0" w:color="A6A6A6"/>
              <w:left w:val="single" w:sz="4" w:space="0" w:color="A6A6A6"/>
              <w:bottom w:val="single" w:sz="4" w:space="0" w:color="A6A6A6"/>
              <w:right w:val="single" w:sz="4" w:space="0" w:color="A6A6A6"/>
            </w:tcBorders>
            <w:vAlign w:val="center"/>
          </w:tcPr>
          <w:p w14:paraId="41B8B417" w14:textId="020A4F9D" w:rsidR="00814904" w:rsidRDefault="00814904">
            <w:pPr>
              <w:spacing w:after="30"/>
            </w:pPr>
          </w:p>
        </w:tc>
      </w:tr>
    </w:tbl>
    <w:p w14:paraId="1FC68D9A" w14:textId="77777777" w:rsidR="00814904" w:rsidRDefault="00000000">
      <w:r>
        <w:rPr>
          <w:b/>
          <w:color w:val="1F4E78"/>
          <w:sz w:val="20"/>
        </w:rPr>
        <w:t>Reference 3</w:t>
      </w:r>
    </w:p>
    <w:tbl>
      <w:tblPr>
        <w:tblW w:w="0" w:type="auto"/>
        <w:jc w:val="center"/>
        <w:tblLayout w:type="fixed"/>
        <w:tblLook w:val="04A0" w:firstRow="1" w:lastRow="0" w:firstColumn="1" w:lastColumn="0" w:noHBand="0" w:noVBand="1"/>
      </w:tblPr>
      <w:tblGrid>
        <w:gridCol w:w="5184"/>
        <w:gridCol w:w="5184"/>
      </w:tblGrid>
      <w:tr w:rsidR="00814904" w14:paraId="114FE48D"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1F3320B8" w14:textId="77777777" w:rsidR="00814904" w:rsidRDefault="00000000">
            <w:pPr>
              <w:spacing w:after="30"/>
            </w:pPr>
            <w:r>
              <w:rPr>
                <w:b/>
                <w:sz w:val="18"/>
              </w:rPr>
              <w:t>Name</w:t>
            </w:r>
          </w:p>
        </w:tc>
        <w:tc>
          <w:tcPr>
            <w:tcW w:w="5184" w:type="dxa"/>
            <w:tcBorders>
              <w:top w:val="single" w:sz="4" w:space="0" w:color="A6A6A6"/>
              <w:left w:val="single" w:sz="4" w:space="0" w:color="A6A6A6"/>
              <w:bottom w:val="single" w:sz="4" w:space="0" w:color="A6A6A6"/>
              <w:right w:val="single" w:sz="4" w:space="0" w:color="A6A6A6"/>
            </w:tcBorders>
            <w:vAlign w:val="center"/>
          </w:tcPr>
          <w:p w14:paraId="077AE92C" w14:textId="609CFDC5" w:rsidR="00814904" w:rsidRDefault="00814904">
            <w:pPr>
              <w:spacing w:after="30"/>
            </w:pPr>
          </w:p>
        </w:tc>
      </w:tr>
      <w:tr w:rsidR="00814904" w14:paraId="4D754DAA"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0FFA51A" w14:textId="77777777" w:rsidR="00814904" w:rsidRDefault="00000000">
            <w:pPr>
              <w:spacing w:after="30"/>
            </w:pPr>
            <w:r>
              <w:rPr>
                <w:b/>
                <w:sz w:val="18"/>
              </w:rPr>
              <w:t>Title / Organization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2A6DB2E9" w14:textId="01C05034" w:rsidR="00814904" w:rsidRDefault="00814904">
            <w:pPr>
              <w:spacing w:after="30"/>
            </w:pPr>
          </w:p>
        </w:tc>
      </w:tr>
      <w:tr w:rsidR="00814904" w14:paraId="536C0B36"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2831555D" w14:textId="77777777" w:rsidR="00814904" w:rsidRDefault="00000000">
            <w:pPr>
              <w:spacing w:after="30"/>
            </w:pPr>
            <w:r>
              <w:rPr>
                <w:b/>
                <w:sz w:val="18"/>
              </w:rPr>
              <w:t>Professional Relationship</w:t>
            </w:r>
          </w:p>
        </w:tc>
        <w:tc>
          <w:tcPr>
            <w:tcW w:w="5184" w:type="dxa"/>
            <w:tcBorders>
              <w:top w:val="single" w:sz="4" w:space="0" w:color="A6A6A6"/>
              <w:left w:val="single" w:sz="4" w:space="0" w:color="A6A6A6"/>
              <w:bottom w:val="single" w:sz="4" w:space="0" w:color="A6A6A6"/>
              <w:right w:val="single" w:sz="4" w:space="0" w:color="A6A6A6"/>
            </w:tcBorders>
            <w:vAlign w:val="center"/>
          </w:tcPr>
          <w:p w14:paraId="07A4AC20" w14:textId="49D19902" w:rsidR="00814904" w:rsidRDefault="00814904">
            <w:pPr>
              <w:spacing w:after="30"/>
            </w:pPr>
          </w:p>
        </w:tc>
      </w:tr>
      <w:tr w:rsidR="00814904" w14:paraId="46FACEB4"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2F6EA4F" w14:textId="77777777" w:rsidR="00814904" w:rsidRDefault="00000000">
            <w:pPr>
              <w:spacing w:after="30"/>
            </w:pPr>
            <w:r>
              <w:rPr>
                <w:b/>
                <w:sz w:val="18"/>
              </w:rPr>
              <w:t>Phone / Email</w:t>
            </w:r>
          </w:p>
        </w:tc>
        <w:tc>
          <w:tcPr>
            <w:tcW w:w="5184" w:type="dxa"/>
            <w:tcBorders>
              <w:top w:val="single" w:sz="4" w:space="0" w:color="A6A6A6"/>
              <w:left w:val="single" w:sz="4" w:space="0" w:color="A6A6A6"/>
              <w:bottom w:val="single" w:sz="4" w:space="0" w:color="A6A6A6"/>
              <w:right w:val="single" w:sz="4" w:space="0" w:color="A6A6A6"/>
            </w:tcBorders>
            <w:vAlign w:val="center"/>
          </w:tcPr>
          <w:p w14:paraId="0587D4C9" w14:textId="08E7AB76" w:rsidR="00814904" w:rsidRDefault="00814904">
            <w:pPr>
              <w:spacing w:after="30"/>
            </w:pPr>
          </w:p>
        </w:tc>
      </w:tr>
      <w:tr w:rsidR="00814904" w14:paraId="7848B4F5" w14:textId="77777777">
        <w:trPr>
          <w:jc w:val="center"/>
        </w:trPr>
        <w:tc>
          <w:tcPr>
            <w:tcW w:w="10368" w:type="dxa"/>
            <w:gridSpan w:val="2"/>
            <w:shd w:val="clear" w:color="auto" w:fill="1F4E78"/>
          </w:tcPr>
          <w:p w14:paraId="1ED8A543" w14:textId="77777777" w:rsidR="00814904" w:rsidRDefault="00000000">
            <w:pPr>
              <w:spacing w:after="30"/>
            </w:pPr>
            <w:r>
              <w:rPr>
                <w:b/>
                <w:color w:val="FFFFFF"/>
                <w:sz w:val="21"/>
              </w:rPr>
              <w:t>13. ADDITIONAL INFORMATION</w:t>
            </w:r>
          </w:p>
        </w:tc>
      </w:tr>
    </w:tbl>
    <w:p w14:paraId="18530EFF" w14:textId="77777777" w:rsidR="00814904" w:rsidRDefault="00814904">
      <w:pPr>
        <w:spacing w:after="0"/>
      </w:pPr>
    </w:p>
    <w:p w14:paraId="45730701" w14:textId="77777777" w:rsidR="00814904" w:rsidRDefault="00000000">
      <w:pPr>
        <w:spacing w:before="60" w:after="40"/>
      </w:pPr>
      <w:r>
        <w:rPr>
          <w:b/>
        </w:rPr>
        <w:t>Provide any additional information regarding your qualifications that you believe should be considered:</w:t>
      </w:r>
    </w:p>
    <w:tbl>
      <w:tblPr>
        <w:tblW w:w="0" w:type="auto"/>
        <w:tblLook w:val="04A0" w:firstRow="1" w:lastRow="0" w:firstColumn="1" w:lastColumn="0" w:noHBand="0" w:noVBand="1"/>
      </w:tblPr>
      <w:tblGrid>
        <w:gridCol w:w="10368"/>
      </w:tblGrid>
      <w:tr w:rsidR="00814904" w14:paraId="0C261A96" w14:textId="77777777">
        <w:tc>
          <w:tcPr>
            <w:tcW w:w="10368" w:type="dxa"/>
            <w:tcBorders>
              <w:top w:val="single" w:sz="4" w:space="0" w:color="A6A6A6"/>
              <w:left w:val="single" w:sz="4" w:space="0" w:color="A6A6A6"/>
              <w:bottom w:val="single" w:sz="4" w:space="0" w:color="A6A6A6"/>
              <w:right w:val="single" w:sz="4" w:space="0" w:color="A6A6A6"/>
            </w:tcBorders>
          </w:tcPr>
          <w:p w14:paraId="68E09E4F"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2CD6B6D3" w14:textId="77777777" w:rsidR="00814904" w:rsidRDefault="00000000">
      <w:r>
        <w:lastRenderedPageBreak/>
        <w:br w:type="page"/>
      </w:r>
    </w:p>
    <w:tbl>
      <w:tblPr>
        <w:tblW w:w="0" w:type="auto"/>
        <w:jc w:val="center"/>
        <w:tblLayout w:type="fixed"/>
        <w:tblLook w:val="04A0" w:firstRow="1" w:lastRow="0" w:firstColumn="1" w:lastColumn="0" w:noHBand="0" w:noVBand="1"/>
      </w:tblPr>
      <w:tblGrid>
        <w:gridCol w:w="10368"/>
      </w:tblGrid>
      <w:tr w:rsidR="00814904" w14:paraId="125E673F" w14:textId="77777777">
        <w:trPr>
          <w:jc w:val="center"/>
        </w:trPr>
        <w:tc>
          <w:tcPr>
            <w:tcW w:w="10368" w:type="dxa"/>
            <w:shd w:val="clear" w:color="auto" w:fill="1F4E78"/>
          </w:tcPr>
          <w:p w14:paraId="44307752" w14:textId="77777777" w:rsidR="00814904" w:rsidRDefault="00000000">
            <w:pPr>
              <w:spacing w:after="30"/>
            </w:pPr>
            <w:r>
              <w:rPr>
                <w:b/>
                <w:color w:val="FFFFFF"/>
                <w:sz w:val="21"/>
              </w:rPr>
              <w:lastRenderedPageBreak/>
              <w:t>14. APPLICANT CERTIFICATION &amp; AUTHORIZATION</w:t>
            </w:r>
          </w:p>
        </w:tc>
      </w:tr>
    </w:tbl>
    <w:p w14:paraId="4AABA94A" w14:textId="77777777" w:rsidR="00814904" w:rsidRDefault="00814904">
      <w:pPr>
        <w:spacing w:after="0"/>
      </w:pPr>
    </w:p>
    <w:p w14:paraId="368A47B6" w14:textId="77777777" w:rsidR="00814904" w:rsidRDefault="00000000">
      <w:pPr>
        <w:spacing w:after="120"/>
      </w:pPr>
      <w:r>
        <w:rPr>
          <w:sz w:val="18"/>
        </w:rPr>
        <w:t>I certify that the information provided in this application and any accompanying documents is true, complete, and accurate to the best of my knowledge. I understand that any material misrepresentation, falsification, or omission may result in disqualification from consideration for employment or, if employed, may result in disciplinary action up to and including termination, subject to applicable law and personnel policies.</w:t>
      </w:r>
      <w:r>
        <w:rPr>
          <w:sz w:val="18"/>
        </w:rPr>
        <w:br/>
      </w:r>
      <w:r>
        <w:rPr>
          <w:sz w:val="18"/>
        </w:rPr>
        <w:br/>
        <w:t>I authorize Mayfield/Graves County Parks &amp; Recreation and its authorized representatives to verify information provided in this application and to contact the employers, educational institutions, and professional references identified herein, except where I have specifically indicated otherwise.</w:t>
      </w:r>
      <w:r>
        <w:rPr>
          <w:sz w:val="18"/>
        </w:rPr>
        <w:br/>
      </w:r>
      <w:r>
        <w:rPr>
          <w:sz w:val="18"/>
        </w:rPr>
        <w:br/>
        <w:t>I understand that submission of this application does not constitute an employment contract or guarantee of employment. Any offer of employment may be subject to applicable pre-employment requirements established for the position and permitted by law.</w:t>
      </w:r>
    </w:p>
    <w:tbl>
      <w:tblPr>
        <w:tblW w:w="0" w:type="auto"/>
        <w:jc w:val="center"/>
        <w:tblLayout w:type="fixed"/>
        <w:tblLook w:val="04A0" w:firstRow="1" w:lastRow="0" w:firstColumn="1" w:lastColumn="0" w:noHBand="0" w:noVBand="1"/>
      </w:tblPr>
      <w:tblGrid>
        <w:gridCol w:w="5184"/>
        <w:gridCol w:w="5184"/>
      </w:tblGrid>
      <w:tr w:rsidR="00814904" w14:paraId="6495DA72"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71EDE40F" w14:textId="77777777" w:rsidR="00814904" w:rsidRDefault="00000000">
            <w:pPr>
              <w:spacing w:after="30"/>
            </w:pPr>
            <w:r>
              <w:rPr>
                <w:b/>
                <w:sz w:val="18"/>
              </w:rPr>
              <w:t>Applicant Printed Name</w:t>
            </w:r>
          </w:p>
        </w:tc>
        <w:tc>
          <w:tcPr>
            <w:tcW w:w="5184" w:type="dxa"/>
            <w:tcBorders>
              <w:top w:val="single" w:sz="4" w:space="0" w:color="A6A6A6"/>
              <w:left w:val="single" w:sz="4" w:space="0" w:color="A6A6A6"/>
              <w:bottom w:val="single" w:sz="4" w:space="0" w:color="A6A6A6"/>
              <w:right w:val="single" w:sz="4" w:space="0" w:color="A6A6A6"/>
            </w:tcBorders>
            <w:vAlign w:val="center"/>
          </w:tcPr>
          <w:p w14:paraId="4E531693" w14:textId="3AA98E28" w:rsidR="00814904" w:rsidRDefault="00814904">
            <w:pPr>
              <w:spacing w:after="30"/>
            </w:pPr>
          </w:p>
        </w:tc>
      </w:tr>
      <w:tr w:rsidR="00814904" w14:paraId="7888FAD5"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63EA2778" w14:textId="77777777" w:rsidR="00814904" w:rsidRDefault="00000000">
            <w:pPr>
              <w:spacing w:after="30"/>
            </w:pPr>
            <w:r>
              <w:rPr>
                <w:b/>
                <w:sz w:val="18"/>
              </w:rPr>
              <w:t>Applicant Signature</w:t>
            </w:r>
          </w:p>
        </w:tc>
        <w:tc>
          <w:tcPr>
            <w:tcW w:w="5184" w:type="dxa"/>
            <w:tcBorders>
              <w:top w:val="single" w:sz="4" w:space="0" w:color="A6A6A6"/>
              <w:left w:val="single" w:sz="4" w:space="0" w:color="A6A6A6"/>
              <w:bottom w:val="single" w:sz="4" w:space="0" w:color="A6A6A6"/>
              <w:right w:val="single" w:sz="4" w:space="0" w:color="A6A6A6"/>
            </w:tcBorders>
            <w:vAlign w:val="center"/>
          </w:tcPr>
          <w:p w14:paraId="28F9218E" w14:textId="77777777" w:rsidR="00814904" w:rsidRDefault="00000000">
            <w:pPr>
              <w:spacing w:after="30"/>
            </w:pPr>
            <w:r>
              <w:rPr>
                <w:color w:val="666666"/>
              </w:rPr>
              <w:t>____________________________________________________________</w:t>
            </w:r>
          </w:p>
        </w:tc>
      </w:tr>
      <w:tr w:rsidR="00814904" w14:paraId="61E10B49"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3A0BAAB3" w14:textId="6B19CE45" w:rsidR="00814904" w:rsidRDefault="00814904">
            <w:pPr>
              <w:spacing w:after="30"/>
            </w:pPr>
          </w:p>
        </w:tc>
        <w:tc>
          <w:tcPr>
            <w:tcW w:w="5184" w:type="dxa"/>
            <w:tcBorders>
              <w:top w:val="single" w:sz="4" w:space="0" w:color="A6A6A6"/>
              <w:left w:val="single" w:sz="4" w:space="0" w:color="A6A6A6"/>
              <w:bottom w:val="single" w:sz="4" w:space="0" w:color="A6A6A6"/>
              <w:right w:val="single" w:sz="4" w:space="0" w:color="A6A6A6"/>
            </w:tcBorders>
            <w:vAlign w:val="center"/>
          </w:tcPr>
          <w:p w14:paraId="6CA06F77" w14:textId="15BF6887" w:rsidR="00814904" w:rsidRDefault="00814904">
            <w:pPr>
              <w:spacing w:after="30"/>
            </w:pPr>
          </w:p>
        </w:tc>
      </w:tr>
      <w:tr w:rsidR="00814904" w14:paraId="2F4F174D" w14:textId="77777777">
        <w:trPr>
          <w:jc w:val="center"/>
        </w:trPr>
        <w:tc>
          <w:tcPr>
            <w:tcW w:w="10368" w:type="dxa"/>
            <w:gridSpan w:val="2"/>
            <w:shd w:val="clear" w:color="auto" w:fill="1F4E78"/>
          </w:tcPr>
          <w:p w14:paraId="117ACE75" w14:textId="77777777" w:rsidR="00814904" w:rsidRDefault="00000000">
            <w:pPr>
              <w:spacing w:after="30"/>
            </w:pPr>
            <w:r>
              <w:rPr>
                <w:b/>
                <w:color w:val="FFFFFF"/>
                <w:sz w:val="21"/>
              </w:rPr>
              <w:t>FOR OFFICIAL USE ONLY</w:t>
            </w:r>
          </w:p>
        </w:tc>
      </w:tr>
    </w:tbl>
    <w:p w14:paraId="083DB2AD" w14:textId="77777777" w:rsidR="00814904" w:rsidRDefault="00814904">
      <w:pPr>
        <w:spacing w:after="0"/>
      </w:pPr>
    </w:p>
    <w:tbl>
      <w:tblPr>
        <w:tblW w:w="0" w:type="auto"/>
        <w:jc w:val="center"/>
        <w:tblLayout w:type="fixed"/>
        <w:tblLook w:val="04A0" w:firstRow="1" w:lastRow="0" w:firstColumn="1" w:lastColumn="0" w:noHBand="0" w:noVBand="1"/>
      </w:tblPr>
      <w:tblGrid>
        <w:gridCol w:w="5184"/>
        <w:gridCol w:w="5184"/>
      </w:tblGrid>
      <w:tr w:rsidR="00814904" w14:paraId="2B99B4D1"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1FC582F" w14:textId="77777777" w:rsidR="00814904" w:rsidRDefault="00000000">
            <w:pPr>
              <w:spacing w:after="30"/>
            </w:pPr>
            <w:r>
              <w:rPr>
                <w:b/>
                <w:sz w:val="18"/>
              </w:rPr>
              <w:t>Application Received</w:t>
            </w:r>
          </w:p>
        </w:tc>
        <w:tc>
          <w:tcPr>
            <w:tcW w:w="5184" w:type="dxa"/>
            <w:tcBorders>
              <w:top w:val="single" w:sz="4" w:space="0" w:color="A6A6A6"/>
              <w:left w:val="single" w:sz="4" w:space="0" w:color="A6A6A6"/>
              <w:bottom w:val="single" w:sz="4" w:space="0" w:color="A6A6A6"/>
              <w:right w:val="single" w:sz="4" w:space="0" w:color="A6A6A6"/>
            </w:tcBorders>
            <w:vAlign w:val="center"/>
          </w:tcPr>
          <w:p w14:paraId="08CFEBE7" w14:textId="77777777" w:rsidR="00814904" w:rsidRDefault="00000000">
            <w:pPr>
              <w:spacing w:after="30"/>
            </w:pPr>
            <w:r>
              <w:rPr>
                <w:color w:val="666666"/>
              </w:rPr>
              <w:t>______________________________   Received By: ______________________________</w:t>
            </w:r>
          </w:p>
        </w:tc>
      </w:tr>
      <w:tr w:rsidR="00814904" w14:paraId="23D2118A"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2BA7CBC" w14:textId="77777777" w:rsidR="00814904" w:rsidRDefault="00000000">
            <w:pPr>
              <w:spacing w:after="30"/>
            </w:pPr>
            <w:r>
              <w:rPr>
                <w:b/>
                <w:sz w:val="18"/>
              </w:rPr>
              <w:t>Interview Date</w:t>
            </w:r>
          </w:p>
        </w:tc>
        <w:tc>
          <w:tcPr>
            <w:tcW w:w="5184" w:type="dxa"/>
            <w:tcBorders>
              <w:top w:val="single" w:sz="4" w:space="0" w:color="A6A6A6"/>
              <w:left w:val="single" w:sz="4" w:space="0" w:color="A6A6A6"/>
              <w:bottom w:val="single" w:sz="4" w:space="0" w:color="A6A6A6"/>
              <w:right w:val="single" w:sz="4" w:space="0" w:color="A6A6A6"/>
            </w:tcBorders>
            <w:vAlign w:val="center"/>
          </w:tcPr>
          <w:p w14:paraId="075004BA" w14:textId="77777777" w:rsidR="00814904" w:rsidRDefault="00000000">
            <w:pPr>
              <w:spacing w:after="30"/>
            </w:pPr>
            <w:r>
              <w:rPr>
                <w:color w:val="666666"/>
              </w:rPr>
              <w:t>______________________________   Interviewed By: _____________________________</w:t>
            </w:r>
          </w:p>
        </w:tc>
      </w:tr>
      <w:tr w:rsidR="00814904" w14:paraId="4B689B39"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4CF796ED" w14:textId="77777777" w:rsidR="00814904" w:rsidRDefault="00000000">
            <w:pPr>
              <w:spacing w:after="30"/>
            </w:pPr>
            <w:r>
              <w:rPr>
                <w:b/>
                <w:sz w:val="18"/>
              </w:rPr>
              <w:t>Disposition</w:t>
            </w:r>
          </w:p>
        </w:tc>
        <w:tc>
          <w:tcPr>
            <w:tcW w:w="5184" w:type="dxa"/>
            <w:tcBorders>
              <w:top w:val="single" w:sz="4" w:space="0" w:color="A6A6A6"/>
              <w:left w:val="single" w:sz="4" w:space="0" w:color="A6A6A6"/>
              <w:bottom w:val="single" w:sz="4" w:space="0" w:color="A6A6A6"/>
              <w:right w:val="single" w:sz="4" w:space="0" w:color="A6A6A6"/>
            </w:tcBorders>
            <w:vAlign w:val="center"/>
          </w:tcPr>
          <w:p w14:paraId="5165D9FD" w14:textId="77777777" w:rsidR="00814904" w:rsidRDefault="00000000">
            <w:pPr>
              <w:spacing w:after="30"/>
            </w:pPr>
            <w:r>
              <w:rPr>
                <w:color w:val="666666"/>
              </w:rPr>
              <w:t>☐ Further Consideration   ☐ Second Interview   ☐ Selected   ☐ Not Selected   ☐ Withdrawn</w:t>
            </w:r>
          </w:p>
        </w:tc>
      </w:tr>
      <w:tr w:rsidR="00814904" w14:paraId="59A48E0A" w14:textId="77777777">
        <w:trPr>
          <w:jc w:val="center"/>
        </w:trPr>
        <w:tc>
          <w:tcPr>
            <w:tcW w:w="5184" w:type="dxa"/>
            <w:tcBorders>
              <w:top w:val="single" w:sz="4" w:space="0" w:color="A6A6A6"/>
              <w:left w:val="single" w:sz="4" w:space="0" w:color="A6A6A6"/>
              <w:bottom w:val="single" w:sz="4" w:space="0" w:color="A6A6A6"/>
              <w:right w:val="single" w:sz="4" w:space="0" w:color="A6A6A6"/>
            </w:tcBorders>
            <w:shd w:val="clear" w:color="auto" w:fill="EEF5FA"/>
            <w:vAlign w:val="center"/>
          </w:tcPr>
          <w:p w14:paraId="0717AB28" w14:textId="77777777" w:rsidR="00814904" w:rsidRDefault="00000000">
            <w:pPr>
              <w:spacing w:after="30"/>
            </w:pPr>
            <w:r>
              <w:rPr>
                <w:b/>
                <w:sz w:val="18"/>
              </w:rPr>
              <w:t>Proposed Start Date</w:t>
            </w:r>
          </w:p>
        </w:tc>
        <w:tc>
          <w:tcPr>
            <w:tcW w:w="5184" w:type="dxa"/>
            <w:tcBorders>
              <w:top w:val="single" w:sz="4" w:space="0" w:color="A6A6A6"/>
              <w:left w:val="single" w:sz="4" w:space="0" w:color="A6A6A6"/>
              <w:bottom w:val="single" w:sz="4" w:space="0" w:color="A6A6A6"/>
              <w:right w:val="single" w:sz="4" w:space="0" w:color="A6A6A6"/>
            </w:tcBorders>
            <w:vAlign w:val="center"/>
          </w:tcPr>
          <w:p w14:paraId="320DE204" w14:textId="580B14FE" w:rsidR="00814904" w:rsidRDefault="00814904">
            <w:pPr>
              <w:spacing w:after="30"/>
            </w:pPr>
          </w:p>
        </w:tc>
      </w:tr>
    </w:tbl>
    <w:p w14:paraId="18EA06A1" w14:textId="77777777" w:rsidR="00814904" w:rsidRDefault="00000000">
      <w:pPr>
        <w:spacing w:before="60" w:after="40"/>
      </w:pPr>
      <w:r>
        <w:rPr>
          <w:b/>
        </w:rPr>
        <w:t>Comments:</w:t>
      </w:r>
    </w:p>
    <w:tbl>
      <w:tblPr>
        <w:tblW w:w="0" w:type="auto"/>
        <w:tblLook w:val="04A0" w:firstRow="1" w:lastRow="0" w:firstColumn="1" w:lastColumn="0" w:noHBand="0" w:noVBand="1"/>
      </w:tblPr>
      <w:tblGrid>
        <w:gridCol w:w="10368"/>
      </w:tblGrid>
      <w:tr w:rsidR="00814904" w14:paraId="3E92B818" w14:textId="77777777">
        <w:tc>
          <w:tcPr>
            <w:tcW w:w="10368" w:type="dxa"/>
            <w:tcBorders>
              <w:top w:val="single" w:sz="4" w:space="0" w:color="A6A6A6"/>
              <w:left w:val="single" w:sz="4" w:space="0" w:color="A6A6A6"/>
              <w:bottom w:val="single" w:sz="4" w:space="0" w:color="A6A6A6"/>
              <w:right w:val="single" w:sz="4" w:space="0" w:color="A6A6A6"/>
            </w:tcBorders>
          </w:tcPr>
          <w:p w14:paraId="650CFEAA" w14:textId="77777777" w:rsidR="00814904" w:rsidRDefault="00000000">
            <w:pPr>
              <w:spacing w:after="30"/>
            </w:pPr>
            <w:r>
              <w:rPr>
                <w:color w:val="A6A6A6"/>
              </w:rP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r>
              <w:rPr>
                <w:color w:val="A6A6A6"/>
              </w:rPr>
              <w:br/>
              <w:t xml:space="preserve">   ________________________________________________________________________________</w:t>
            </w:r>
          </w:p>
        </w:tc>
      </w:tr>
    </w:tbl>
    <w:p w14:paraId="1DAD3F9F" w14:textId="77777777" w:rsidR="007A454C" w:rsidRDefault="007A454C"/>
    <w:sectPr w:rsidR="007A454C" w:rsidSect="00034616">
      <w:headerReference w:type="default" r:id="rId8"/>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3D3D2" w14:textId="77777777" w:rsidR="007A454C" w:rsidRDefault="007A454C">
      <w:pPr>
        <w:spacing w:after="0" w:line="240" w:lineRule="auto"/>
      </w:pPr>
      <w:r>
        <w:separator/>
      </w:r>
    </w:p>
  </w:endnote>
  <w:endnote w:type="continuationSeparator" w:id="0">
    <w:p w14:paraId="1CD393D2" w14:textId="77777777" w:rsidR="007A454C" w:rsidRDefault="007A4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A9A1" w14:textId="77777777" w:rsidR="00814904" w:rsidRDefault="00000000">
    <w:pPr>
      <w:pStyle w:val="Footer"/>
      <w:jc w:val="center"/>
    </w:pPr>
    <w:r>
      <w:rPr>
        <w:color w:val="666666"/>
        <w:sz w:val="16"/>
      </w:rPr>
      <w:t xml:space="preserve">Parks &amp; Recreation Director Employment Application   |   Page </w:t>
    </w:r>
    <w:r>
      <w:fldChar w:fldCharType="begin"/>
    </w:r>
    <w:r>
      <w:instrText>PAGE</w:instrText>
    </w:r>
    <w:r>
      <w:fldChar w:fldCharType="separate"/>
    </w:r>
    <w:r w:rsidR="005001A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7A078" w14:textId="77777777" w:rsidR="007A454C" w:rsidRDefault="007A454C">
      <w:pPr>
        <w:spacing w:after="0" w:line="240" w:lineRule="auto"/>
      </w:pPr>
      <w:r>
        <w:separator/>
      </w:r>
    </w:p>
  </w:footnote>
  <w:footnote w:type="continuationSeparator" w:id="0">
    <w:p w14:paraId="1C003BFB" w14:textId="77777777" w:rsidR="007A454C" w:rsidRDefault="007A4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D998" w14:textId="77777777" w:rsidR="00814904" w:rsidRDefault="00000000">
    <w:pPr>
      <w:pStyle w:val="Header"/>
      <w:jc w:val="right"/>
    </w:pPr>
    <w:r>
      <w:rPr>
        <w:b/>
        <w:color w:val="1F4E78"/>
        <w:sz w:val="16"/>
      </w:rPr>
      <w:t>MAYFIELD/GRAVES COUNTY PARKS &amp; RECREATION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05752203">
    <w:abstractNumId w:val="8"/>
  </w:num>
  <w:num w:numId="2" w16cid:durableId="588928403">
    <w:abstractNumId w:val="6"/>
  </w:num>
  <w:num w:numId="3" w16cid:durableId="1231423753">
    <w:abstractNumId w:val="5"/>
  </w:num>
  <w:num w:numId="4" w16cid:durableId="638270271">
    <w:abstractNumId w:val="4"/>
  </w:num>
  <w:num w:numId="5" w16cid:durableId="1378968581">
    <w:abstractNumId w:val="7"/>
  </w:num>
  <w:num w:numId="6" w16cid:durableId="1012103038">
    <w:abstractNumId w:val="3"/>
  </w:num>
  <w:num w:numId="7" w16cid:durableId="1354305585">
    <w:abstractNumId w:val="2"/>
  </w:num>
  <w:num w:numId="8" w16cid:durableId="1020620711">
    <w:abstractNumId w:val="1"/>
  </w:num>
  <w:num w:numId="9" w16cid:durableId="94214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D7A"/>
    <w:rsid w:val="00034616"/>
    <w:rsid w:val="0006063C"/>
    <w:rsid w:val="0015074B"/>
    <w:rsid w:val="0029639D"/>
    <w:rsid w:val="00326F90"/>
    <w:rsid w:val="005001A0"/>
    <w:rsid w:val="007900CE"/>
    <w:rsid w:val="007A454C"/>
    <w:rsid w:val="0081490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F5B112"/>
  <w14:defaultImageDpi w14:val="300"/>
  <w15:docId w15:val="{1D9A5973-3753-4C58-BEC6-38CAB45A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 Title"/>
    <w:rPr>
      <w:rFonts w:ascii="Aptos" w:hAnsi="Aptos"/>
      <w:b/>
      <w:color w:val="1F4E78"/>
      <w:sz w:val="36"/>
    </w:rPr>
  </w:style>
  <w:style w:type="paragraph" w:customStyle="1" w:styleId="FormSubtitle">
    <w:name w:val="Form Subtitle"/>
    <w:rPr>
      <w:rFonts w:ascii="Aptos" w:hAnsi="Aptos"/>
      <w:b/>
      <w:color w:val="1F4E78"/>
      <w:sz w:val="24"/>
    </w:rPr>
  </w:style>
  <w:style w:type="paragraph" w:customStyle="1" w:styleId="SectionHead">
    <w:name w:val="Section Head"/>
    <w:rPr>
      <w:rFonts w:ascii="Aptos" w:hAnsi="Aptos"/>
      <w:b/>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2540</Words>
  <Characters>14483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Lori Hampton</cp:lastModifiedBy>
  <cp:revision>2</cp:revision>
  <dcterms:created xsi:type="dcterms:W3CDTF">2013-12-23T23:15:00Z</dcterms:created>
  <dcterms:modified xsi:type="dcterms:W3CDTF">2026-08-18T12:02:00Z</dcterms:modified>
  <cp:category/>
</cp:coreProperties>
</file>